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B4304C" w14:textId="77777777" w:rsidR="0032368F" w:rsidRPr="0066550F" w:rsidRDefault="0032368F" w:rsidP="00BB0EBF">
      <w:pPr>
        <w:spacing w:after="0" w:line="360" w:lineRule="auto"/>
        <w:jc w:val="center"/>
        <w:rPr>
          <w:rFonts w:ascii="Arial" w:hAnsi="Arial" w:cs="Arial"/>
          <w:b/>
          <w:bCs/>
          <w:sz w:val="20"/>
          <w:szCs w:val="20"/>
          <w:lang w:val="pt-BR"/>
        </w:rPr>
      </w:pPr>
      <w:r w:rsidRPr="0066550F">
        <w:rPr>
          <w:rFonts w:ascii="Arial" w:hAnsi="Arial" w:cs="Arial"/>
          <w:b/>
          <w:bCs/>
          <w:sz w:val="20"/>
          <w:szCs w:val="20"/>
          <w:lang w:val="pt-BR"/>
        </w:rPr>
        <w:t xml:space="preserve">EDITAL Nº </w:t>
      </w:r>
      <w:r>
        <w:rPr>
          <w:rFonts w:ascii="Arial" w:hAnsi="Arial" w:cs="Arial"/>
          <w:b/>
          <w:bCs/>
          <w:sz w:val="20"/>
          <w:szCs w:val="20"/>
          <w:lang w:val="pt-BR"/>
        </w:rPr>
        <w:t>06</w:t>
      </w:r>
      <w:r w:rsidRPr="0066550F">
        <w:rPr>
          <w:rFonts w:ascii="Arial" w:hAnsi="Arial" w:cs="Arial"/>
          <w:b/>
          <w:bCs/>
          <w:sz w:val="20"/>
          <w:szCs w:val="20"/>
          <w:lang w:val="pt-BR"/>
        </w:rPr>
        <w:t>/2025 – PROPOPI</w:t>
      </w:r>
    </w:p>
    <w:p w14:paraId="28ADCB6C" w14:textId="77777777" w:rsidR="0032368F" w:rsidRPr="0066550F" w:rsidRDefault="0032368F" w:rsidP="00BB0EBF">
      <w:pPr>
        <w:spacing w:after="0" w:line="360" w:lineRule="auto"/>
        <w:jc w:val="center"/>
        <w:rPr>
          <w:rFonts w:ascii="Arial" w:hAnsi="Arial" w:cs="Arial"/>
          <w:b/>
          <w:bCs/>
          <w:sz w:val="20"/>
          <w:szCs w:val="20"/>
          <w:lang w:val="pt-BR"/>
        </w:rPr>
      </w:pPr>
      <w:r w:rsidRPr="0066550F">
        <w:rPr>
          <w:rFonts w:ascii="Arial" w:hAnsi="Arial" w:cs="Arial"/>
          <w:b/>
          <w:bCs/>
          <w:sz w:val="20"/>
          <w:szCs w:val="20"/>
          <w:lang w:val="pt-BR"/>
        </w:rPr>
        <w:t>SELEÇÃO DE DOUTOR(A) PARA COMPOR O PROGRAMA DE EXTENSÃO DA EDUCAÇÃO SUPERIOR NA PÓS-GRADUAÇÃO DA UFDPar (PROEXT-PG/UFDPar)</w:t>
      </w:r>
    </w:p>
    <w:p w14:paraId="3D506578" w14:textId="77777777" w:rsidR="003B5DBD" w:rsidRPr="0066550F" w:rsidRDefault="003B5DBD" w:rsidP="00BB0EBF">
      <w:pPr>
        <w:spacing w:after="0" w:line="240" w:lineRule="auto"/>
        <w:ind w:right="1020"/>
        <w:jc w:val="both"/>
        <w:rPr>
          <w:rFonts w:ascii="Arial" w:hAnsi="Arial" w:cs="Arial"/>
          <w:sz w:val="20"/>
          <w:szCs w:val="20"/>
          <w:lang w:val="pt-BR"/>
        </w:rPr>
      </w:pPr>
    </w:p>
    <w:p w14:paraId="333F6CEA" w14:textId="2BE3BD76" w:rsidR="003B5DBD" w:rsidRDefault="003B5DBD" w:rsidP="00BB0EBF">
      <w:pPr>
        <w:spacing w:after="0" w:line="240" w:lineRule="auto"/>
        <w:ind w:right="1020"/>
        <w:jc w:val="center"/>
        <w:rPr>
          <w:rFonts w:ascii="Arial" w:hAnsi="Arial" w:cs="Arial"/>
          <w:b/>
          <w:bCs/>
          <w:sz w:val="20"/>
          <w:szCs w:val="20"/>
          <w:lang w:val="pt-BR"/>
        </w:rPr>
      </w:pPr>
      <w:r w:rsidRPr="0066550F">
        <w:rPr>
          <w:rFonts w:ascii="Arial" w:hAnsi="Arial" w:cs="Arial"/>
          <w:b/>
          <w:bCs/>
          <w:sz w:val="20"/>
          <w:szCs w:val="20"/>
          <w:lang w:val="pt-BR"/>
        </w:rPr>
        <w:t>ANEXO IV - REQUERIMENTO DE SOLICITAÇÃO DE RECURSO</w:t>
      </w:r>
    </w:p>
    <w:p w14:paraId="765D65FB" w14:textId="77777777" w:rsidR="000255C4" w:rsidRDefault="000255C4" w:rsidP="00BB0EBF">
      <w:pPr>
        <w:spacing w:after="0" w:line="240" w:lineRule="auto"/>
        <w:ind w:right="1020"/>
        <w:jc w:val="center"/>
        <w:rPr>
          <w:rFonts w:ascii="Arial" w:hAnsi="Arial" w:cs="Arial"/>
          <w:b/>
          <w:bCs/>
          <w:sz w:val="20"/>
          <w:szCs w:val="20"/>
          <w:lang w:val="pt-BR"/>
        </w:rPr>
      </w:pPr>
    </w:p>
    <w:p w14:paraId="2397C949" w14:textId="77777777" w:rsidR="002562B5" w:rsidRDefault="002562B5" w:rsidP="00BB0EBF">
      <w:pPr>
        <w:spacing w:after="0" w:line="240" w:lineRule="auto"/>
        <w:ind w:right="1020"/>
        <w:jc w:val="center"/>
        <w:rPr>
          <w:rFonts w:ascii="Arial" w:hAnsi="Arial" w:cs="Arial"/>
          <w:b/>
          <w:bCs/>
          <w:sz w:val="20"/>
          <w:szCs w:val="20"/>
          <w:lang w:val="pt-BR"/>
        </w:rPr>
      </w:pPr>
    </w:p>
    <w:p w14:paraId="7158A498" w14:textId="77777777" w:rsidR="002562B5" w:rsidRPr="0066550F" w:rsidRDefault="002562B5" w:rsidP="00BB0EBF">
      <w:pPr>
        <w:spacing w:after="0" w:line="240" w:lineRule="auto"/>
        <w:ind w:right="1020"/>
        <w:jc w:val="center"/>
        <w:rPr>
          <w:rFonts w:ascii="Arial" w:hAnsi="Arial" w:cs="Arial"/>
          <w:b/>
          <w:bCs/>
          <w:sz w:val="20"/>
          <w:szCs w:val="20"/>
          <w:lang w:val="pt-BR"/>
        </w:rPr>
      </w:pPr>
    </w:p>
    <w:p w14:paraId="0C6CF54C" w14:textId="77777777" w:rsidR="003B5DBD" w:rsidRPr="0066550F" w:rsidRDefault="003B5DBD" w:rsidP="00BB0EBF">
      <w:pPr>
        <w:spacing w:after="0" w:line="240" w:lineRule="auto"/>
        <w:ind w:right="1020"/>
        <w:jc w:val="both"/>
        <w:rPr>
          <w:rFonts w:ascii="Arial" w:hAnsi="Arial" w:cs="Arial"/>
          <w:sz w:val="20"/>
          <w:szCs w:val="20"/>
          <w:lang w:val="pt-BR"/>
        </w:rPr>
      </w:pPr>
    </w:p>
    <w:p w14:paraId="5D6B8F23" w14:textId="7ADF0017" w:rsidR="003B5DBD" w:rsidRDefault="003B5DBD" w:rsidP="00BB0EBF">
      <w:pPr>
        <w:spacing w:after="0"/>
        <w:ind w:firstLine="720"/>
        <w:jc w:val="both"/>
        <w:rPr>
          <w:rFonts w:ascii="Arial" w:hAnsi="Arial" w:cs="Arial"/>
          <w:sz w:val="20"/>
          <w:szCs w:val="20"/>
          <w:lang w:val="pt-BR"/>
        </w:rPr>
      </w:pPr>
      <w:r w:rsidRPr="0066550F">
        <w:rPr>
          <w:rFonts w:ascii="Arial" w:hAnsi="Arial" w:cs="Arial"/>
          <w:sz w:val="20"/>
          <w:szCs w:val="20"/>
          <w:lang w:val="pt-BR"/>
        </w:rPr>
        <w:t xml:space="preserve">Eu, ____________________, CPF nº: ________________________, candidato(a) ao </w:t>
      </w:r>
      <w:r w:rsidRPr="0066550F">
        <w:rPr>
          <w:rFonts w:ascii="Arial" w:hAnsi="Arial" w:cs="Arial"/>
          <w:b/>
          <w:bCs/>
          <w:sz w:val="20"/>
          <w:szCs w:val="20"/>
          <w:lang w:val="pt-BR"/>
        </w:rPr>
        <w:t xml:space="preserve">EDITAL Nº </w:t>
      </w:r>
      <w:r w:rsidR="000255C4">
        <w:rPr>
          <w:rFonts w:ascii="Arial" w:hAnsi="Arial" w:cs="Arial"/>
          <w:b/>
          <w:bCs/>
          <w:sz w:val="20"/>
          <w:szCs w:val="20"/>
          <w:lang w:val="pt-BR"/>
        </w:rPr>
        <w:t>06</w:t>
      </w:r>
      <w:r w:rsidRPr="0066550F">
        <w:rPr>
          <w:rFonts w:ascii="Arial" w:hAnsi="Arial" w:cs="Arial"/>
          <w:b/>
          <w:bCs/>
          <w:sz w:val="20"/>
          <w:szCs w:val="20"/>
          <w:lang w:val="pt-BR"/>
        </w:rPr>
        <w:t>/2025 - PROPOPI</w:t>
      </w:r>
      <w:r w:rsidRPr="0066550F">
        <w:rPr>
          <w:rFonts w:ascii="Arial" w:hAnsi="Arial" w:cs="Arial"/>
          <w:sz w:val="20"/>
          <w:szCs w:val="20"/>
          <w:lang w:val="pt-BR"/>
        </w:rPr>
        <w:t>, solicito RECURSO da seguinte etapa:_________________.</w:t>
      </w:r>
    </w:p>
    <w:p w14:paraId="1B942E8B" w14:textId="77777777" w:rsidR="00BE559A" w:rsidRPr="0066550F" w:rsidRDefault="00BE559A" w:rsidP="00BB0EBF">
      <w:pPr>
        <w:spacing w:after="0"/>
        <w:ind w:firstLine="720"/>
        <w:jc w:val="both"/>
        <w:rPr>
          <w:rFonts w:ascii="Arial" w:hAnsi="Arial" w:cs="Arial"/>
          <w:sz w:val="20"/>
          <w:szCs w:val="20"/>
          <w:lang w:val="pt-BR"/>
        </w:rPr>
      </w:pPr>
    </w:p>
    <w:p w14:paraId="2EB792BF" w14:textId="77777777" w:rsidR="003B5DBD" w:rsidRPr="0066550F" w:rsidRDefault="003B5DBD" w:rsidP="00BB0EBF">
      <w:pPr>
        <w:spacing w:after="0"/>
        <w:jc w:val="both"/>
        <w:rPr>
          <w:rFonts w:ascii="Arial" w:hAnsi="Arial" w:cs="Arial"/>
          <w:sz w:val="20"/>
          <w:szCs w:val="20"/>
          <w:lang w:val="pt-BR"/>
        </w:rPr>
      </w:pPr>
    </w:p>
    <w:p w14:paraId="03125C65" w14:textId="0629C8E1" w:rsidR="003B5DBD" w:rsidRPr="0066550F" w:rsidRDefault="00F874EF" w:rsidP="00BB0EBF">
      <w:pPr>
        <w:spacing w:after="0"/>
        <w:ind w:firstLine="720"/>
        <w:jc w:val="both"/>
        <w:rPr>
          <w:rFonts w:ascii="Arial" w:hAnsi="Arial" w:cs="Arial"/>
          <w:sz w:val="20"/>
          <w:szCs w:val="20"/>
          <w:lang w:val="pt-BR"/>
        </w:rPr>
      </w:pPr>
      <w:r w:rsidRPr="0066550F">
        <w:rPr>
          <w:rFonts w:ascii="Arial" w:hAnsi="Arial" w:cs="Arial"/>
          <w:sz w:val="20"/>
          <w:szCs w:val="20"/>
          <w:lang w:val="pt-BR"/>
        </w:rPr>
        <w:t>Justifi</w:t>
      </w:r>
      <w:r>
        <w:rPr>
          <w:rFonts w:ascii="Arial" w:hAnsi="Arial" w:cs="Arial"/>
          <w:sz w:val="20"/>
          <w:szCs w:val="20"/>
          <w:lang w:val="pt-BR"/>
        </w:rPr>
        <w:t>ca</w:t>
      </w:r>
      <w:r w:rsidRPr="0066550F">
        <w:rPr>
          <w:rFonts w:ascii="Arial" w:hAnsi="Arial" w:cs="Arial"/>
          <w:sz w:val="20"/>
          <w:szCs w:val="20"/>
          <w:lang w:val="pt-BR"/>
        </w:rPr>
        <w:t>tiva</w:t>
      </w:r>
      <w:r w:rsidR="003B5DBD" w:rsidRPr="0066550F">
        <w:rPr>
          <w:rFonts w:ascii="Arial" w:hAnsi="Arial" w:cs="Arial"/>
          <w:sz w:val="20"/>
          <w:szCs w:val="20"/>
          <w:lang w:val="pt-BR"/>
        </w:rPr>
        <w:t xml:space="preserve"> do recurso:______________________________________.</w:t>
      </w:r>
    </w:p>
    <w:p w14:paraId="0FF4D057" w14:textId="77777777" w:rsidR="003B5DBD" w:rsidRPr="0066550F" w:rsidRDefault="003B5DBD" w:rsidP="00BB0EBF">
      <w:pPr>
        <w:spacing w:after="0"/>
        <w:jc w:val="both"/>
        <w:rPr>
          <w:rFonts w:ascii="Arial" w:hAnsi="Arial" w:cs="Arial"/>
          <w:sz w:val="20"/>
          <w:szCs w:val="20"/>
          <w:lang w:val="pt-BR"/>
        </w:rPr>
      </w:pPr>
    </w:p>
    <w:p w14:paraId="454D0208" w14:textId="77777777" w:rsidR="00F874EF" w:rsidRDefault="00F874EF" w:rsidP="00BB0EBF">
      <w:pPr>
        <w:spacing w:after="0"/>
        <w:jc w:val="right"/>
        <w:rPr>
          <w:rFonts w:ascii="Arial" w:hAnsi="Arial" w:cs="Arial"/>
          <w:sz w:val="20"/>
          <w:szCs w:val="20"/>
          <w:lang w:val="pt-BR"/>
        </w:rPr>
      </w:pPr>
    </w:p>
    <w:p w14:paraId="498601D5" w14:textId="77777777" w:rsidR="00F874EF" w:rsidRDefault="00F874EF" w:rsidP="00BB0EBF">
      <w:pPr>
        <w:spacing w:after="0"/>
        <w:jc w:val="right"/>
        <w:rPr>
          <w:rFonts w:ascii="Arial" w:hAnsi="Arial" w:cs="Arial"/>
          <w:sz w:val="20"/>
          <w:szCs w:val="20"/>
          <w:lang w:val="pt-BR"/>
        </w:rPr>
      </w:pPr>
    </w:p>
    <w:p w14:paraId="5C9B05BD" w14:textId="3653D7AE" w:rsidR="003B5DBD" w:rsidRPr="0066550F" w:rsidRDefault="003B5DBD" w:rsidP="00BB0EBF">
      <w:pPr>
        <w:spacing w:after="0"/>
        <w:jc w:val="right"/>
        <w:rPr>
          <w:rFonts w:ascii="Arial" w:hAnsi="Arial" w:cs="Arial"/>
          <w:sz w:val="20"/>
          <w:szCs w:val="20"/>
          <w:lang w:val="pt-BR"/>
        </w:rPr>
      </w:pPr>
      <w:r w:rsidRPr="0066550F">
        <w:rPr>
          <w:rFonts w:ascii="Arial" w:hAnsi="Arial" w:cs="Arial"/>
          <w:sz w:val="20"/>
          <w:szCs w:val="20"/>
          <w:lang w:val="pt-BR"/>
        </w:rPr>
        <w:t>Parnaíba</w:t>
      </w:r>
      <w:r w:rsidR="00BE559A">
        <w:rPr>
          <w:rFonts w:ascii="Arial" w:hAnsi="Arial" w:cs="Arial"/>
          <w:sz w:val="20"/>
          <w:szCs w:val="20"/>
          <w:lang w:val="pt-BR"/>
        </w:rPr>
        <w:t xml:space="preserve"> </w:t>
      </w:r>
      <w:r w:rsidRPr="0066550F">
        <w:rPr>
          <w:rFonts w:ascii="Arial" w:hAnsi="Arial" w:cs="Arial"/>
          <w:sz w:val="20"/>
          <w:szCs w:val="20"/>
          <w:lang w:val="pt-BR"/>
        </w:rPr>
        <w:t xml:space="preserve">(PI), ________ de _______________ </w:t>
      </w:r>
      <w:proofErr w:type="spellStart"/>
      <w:r w:rsidRPr="0066550F">
        <w:rPr>
          <w:rFonts w:ascii="Arial" w:hAnsi="Arial" w:cs="Arial"/>
          <w:sz w:val="20"/>
          <w:szCs w:val="20"/>
          <w:lang w:val="pt-BR"/>
        </w:rPr>
        <w:t>de</w:t>
      </w:r>
      <w:proofErr w:type="spellEnd"/>
      <w:r w:rsidRPr="0066550F">
        <w:rPr>
          <w:rFonts w:ascii="Arial" w:hAnsi="Arial" w:cs="Arial"/>
          <w:sz w:val="20"/>
          <w:szCs w:val="20"/>
          <w:lang w:val="pt-BR"/>
        </w:rPr>
        <w:t xml:space="preserve"> 2025. </w:t>
      </w:r>
    </w:p>
    <w:p w14:paraId="7CBF3E3B" w14:textId="77777777" w:rsidR="003B5DBD" w:rsidRPr="0066550F" w:rsidRDefault="003B5DBD" w:rsidP="00BB0EBF">
      <w:pPr>
        <w:spacing w:after="0"/>
        <w:jc w:val="both"/>
        <w:rPr>
          <w:rFonts w:ascii="Arial" w:hAnsi="Arial" w:cs="Arial"/>
          <w:sz w:val="20"/>
          <w:szCs w:val="20"/>
          <w:lang w:val="pt-BR"/>
        </w:rPr>
      </w:pPr>
    </w:p>
    <w:p w14:paraId="16C9327F" w14:textId="77777777" w:rsidR="003B5DBD" w:rsidRDefault="003B5DBD" w:rsidP="00BB0EBF">
      <w:pPr>
        <w:spacing w:after="0"/>
        <w:jc w:val="both"/>
        <w:rPr>
          <w:rFonts w:ascii="Arial" w:hAnsi="Arial" w:cs="Arial"/>
          <w:sz w:val="20"/>
          <w:szCs w:val="20"/>
          <w:lang w:val="pt-BR"/>
        </w:rPr>
      </w:pPr>
    </w:p>
    <w:p w14:paraId="05E12329" w14:textId="77777777" w:rsidR="00F874EF" w:rsidRDefault="00F874EF" w:rsidP="00BB0EBF">
      <w:pPr>
        <w:spacing w:after="0"/>
        <w:jc w:val="both"/>
        <w:rPr>
          <w:rFonts w:ascii="Arial" w:hAnsi="Arial" w:cs="Arial"/>
          <w:sz w:val="20"/>
          <w:szCs w:val="20"/>
          <w:lang w:val="pt-BR"/>
        </w:rPr>
      </w:pPr>
    </w:p>
    <w:p w14:paraId="2DF848B0" w14:textId="77777777" w:rsidR="00F874EF" w:rsidRPr="0066550F" w:rsidRDefault="00F874EF" w:rsidP="00BB0EBF">
      <w:pPr>
        <w:spacing w:after="0"/>
        <w:jc w:val="both"/>
        <w:rPr>
          <w:rFonts w:ascii="Arial" w:hAnsi="Arial" w:cs="Arial"/>
          <w:sz w:val="20"/>
          <w:szCs w:val="20"/>
          <w:lang w:val="pt-BR"/>
        </w:rPr>
      </w:pPr>
    </w:p>
    <w:p w14:paraId="6940D355" w14:textId="77C5C3AE" w:rsidR="003B5DBD" w:rsidRPr="0066550F" w:rsidRDefault="003B5DBD" w:rsidP="00BB0EBF">
      <w:pPr>
        <w:spacing w:after="0"/>
        <w:jc w:val="center"/>
        <w:rPr>
          <w:rFonts w:ascii="Arial" w:hAnsi="Arial" w:cs="Arial"/>
          <w:sz w:val="20"/>
          <w:szCs w:val="20"/>
          <w:lang w:val="pt-BR"/>
        </w:rPr>
      </w:pPr>
      <w:r w:rsidRPr="0066550F">
        <w:rPr>
          <w:rFonts w:ascii="Arial" w:hAnsi="Arial" w:cs="Arial"/>
          <w:sz w:val="20"/>
          <w:szCs w:val="20"/>
          <w:lang w:val="pt-BR"/>
        </w:rPr>
        <w:t>_______________________________________</w:t>
      </w:r>
    </w:p>
    <w:p w14:paraId="3BCE7E53" w14:textId="3FA2F293" w:rsidR="003B5DBD" w:rsidRPr="0066550F" w:rsidRDefault="003B5DBD" w:rsidP="00BB0EBF">
      <w:pPr>
        <w:spacing w:after="0"/>
        <w:jc w:val="center"/>
        <w:rPr>
          <w:rFonts w:ascii="Arial" w:hAnsi="Arial" w:cs="Arial"/>
          <w:sz w:val="20"/>
          <w:szCs w:val="20"/>
          <w:lang w:val="pt-BR"/>
        </w:rPr>
      </w:pPr>
      <w:r w:rsidRPr="0066550F">
        <w:rPr>
          <w:rFonts w:ascii="Arial" w:hAnsi="Arial" w:cs="Arial"/>
          <w:sz w:val="20"/>
          <w:szCs w:val="20"/>
          <w:lang w:val="pt-BR"/>
        </w:rPr>
        <w:t>Assinatura do Requerente</w:t>
      </w:r>
    </w:p>
    <w:sectPr w:rsidR="003B5DBD" w:rsidRPr="0066550F" w:rsidSect="000255C4">
      <w:headerReference w:type="default" r:id="rId8"/>
      <w:footerReference w:type="default" r:id="rId9"/>
      <w:pgSz w:w="12240" w:h="15840"/>
      <w:pgMar w:top="1440" w:right="1797" w:bottom="1440" w:left="179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205879" w14:textId="77777777" w:rsidR="00474D10" w:rsidRDefault="00474D10" w:rsidP="00112D12">
      <w:pPr>
        <w:spacing w:after="0" w:line="240" w:lineRule="auto"/>
      </w:pPr>
      <w:r>
        <w:separator/>
      </w:r>
    </w:p>
  </w:endnote>
  <w:endnote w:type="continuationSeparator" w:id="0">
    <w:p w14:paraId="5FA635C2" w14:textId="77777777" w:rsidR="00474D10" w:rsidRDefault="00474D10" w:rsidP="00112D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029169961"/>
      <w:docPartObj>
        <w:docPartGallery w:val="Page Numbers (Bottom of Page)"/>
        <w:docPartUnique/>
      </w:docPartObj>
    </w:sdtPr>
    <w:sdtContent>
      <w:p w14:paraId="08DA41B4" w14:textId="77777777" w:rsidR="00B93460" w:rsidRDefault="00B93460">
        <w:pPr>
          <w:pStyle w:val="Rodap"/>
          <w:jc w:val="right"/>
          <w:rPr>
            <w:rFonts w:ascii="Arial" w:hAnsi="Arial" w:cs="Arial"/>
            <w:sz w:val="20"/>
            <w:szCs w:val="20"/>
          </w:rPr>
        </w:pPr>
      </w:p>
      <w:p w14:paraId="69B1B170" w14:textId="3DFF5E87" w:rsidR="009D2C96" w:rsidRDefault="009D2C96">
        <w:pPr>
          <w:pStyle w:val="Rodap"/>
          <w:jc w:val="right"/>
        </w:pPr>
        <w:r w:rsidRPr="00B93460">
          <w:rPr>
            <w:rFonts w:ascii="Arial" w:hAnsi="Arial" w:cs="Arial"/>
            <w:sz w:val="20"/>
            <w:szCs w:val="20"/>
          </w:rPr>
          <w:fldChar w:fldCharType="begin"/>
        </w:r>
        <w:r w:rsidRPr="00B93460">
          <w:rPr>
            <w:rFonts w:ascii="Arial" w:hAnsi="Arial" w:cs="Arial"/>
            <w:sz w:val="20"/>
            <w:szCs w:val="20"/>
          </w:rPr>
          <w:instrText>PAGE   \* MERGEFORMAT</w:instrText>
        </w:r>
        <w:r w:rsidRPr="00B93460">
          <w:rPr>
            <w:rFonts w:ascii="Arial" w:hAnsi="Arial" w:cs="Arial"/>
            <w:sz w:val="20"/>
            <w:szCs w:val="20"/>
          </w:rPr>
          <w:fldChar w:fldCharType="separate"/>
        </w:r>
        <w:r w:rsidRPr="00B93460">
          <w:rPr>
            <w:rFonts w:ascii="Arial" w:hAnsi="Arial" w:cs="Arial"/>
            <w:sz w:val="20"/>
            <w:szCs w:val="20"/>
            <w:lang w:val="pt-BR"/>
          </w:rPr>
          <w:t>2</w:t>
        </w:r>
        <w:r w:rsidRPr="00B93460">
          <w:rPr>
            <w:rFonts w:ascii="Arial" w:hAnsi="Arial" w:cs="Arial"/>
            <w:sz w:val="20"/>
            <w:szCs w:val="20"/>
          </w:rPr>
          <w:fldChar w:fldCharType="end"/>
        </w:r>
      </w:p>
    </w:sdtContent>
  </w:sdt>
  <w:p w14:paraId="17EADBEB" w14:textId="77777777" w:rsidR="00112D12" w:rsidRDefault="00112D12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24DFC1" w14:textId="77777777" w:rsidR="00474D10" w:rsidRDefault="00474D10" w:rsidP="00112D12">
      <w:pPr>
        <w:spacing w:after="0" w:line="240" w:lineRule="auto"/>
      </w:pPr>
      <w:r>
        <w:separator/>
      </w:r>
    </w:p>
  </w:footnote>
  <w:footnote w:type="continuationSeparator" w:id="0">
    <w:p w14:paraId="57C57D44" w14:textId="77777777" w:rsidR="00474D10" w:rsidRDefault="00474D10" w:rsidP="00112D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624" w:type="dxa"/>
      <w:jc w:val="center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tblBorders>
      <w:tblLook w:val="01E0" w:firstRow="1" w:lastRow="1" w:firstColumn="1" w:lastColumn="1" w:noHBand="0" w:noVBand="0"/>
    </w:tblPr>
    <w:tblGrid>
      <w:gridCol w:w="1545"/>
      <w:gridCol w:w="6520"/>
      <w:gridCol w:w="1559"/>
    </w:tblGrid>
    <w:tr w:rsidR="000C55B4" w:rsidRPr="00AD3805" w14:paraId="23FBB131" w14:textId="77777777" w:rsidTr="000C55B4">
      <w:trPr>
        <w:jc w:val="center"/>
      </w:trPr>
      <w:tc>
        <w:tcPr>
          <w:tcW w:w="1545" w:type="dxa"/>
          <w:shd w:val="clear" w:color="auto" w:fill="auto"/>
          <w:vAlign w:val="center"/>
        </w:tcPr>
        <w:p w14:paraId="48DED59B" w14:textId="77777777" w:rsidR="000C55B4" w:rsidRPr="00AD3805" w:rsidRDefault="000C55B4" w:rsidP="000C55B4">
          <w:pPr>
            <w:spacing w:after="0"/>
            <w:jc w:val="center"/>
            <w:rPr>
              <w:rFonts w:ascii="Arial" w:hAnsi="Arial" w:cs="Arial"/>
            </w:rPr>
          </w:pPr>
          <w:r>
            <w:rPr>
              <w:noProof/>
            </w:rPr>
            <w:drawing>
              <wp:inline distT="0" distB="0" distL="0" distR="0" wp14:anchorId="09C97AE6" wp14:editId="117C71B8">
                <wp:extent cx="763270" cy="715645"/>
                <wp:effectExtent l="0" t="0" r="0" b="8255"/>
                <wp:docPr id="539154898" name="Imagem 539154898" descr="Diagrama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62968674" name="Imagem 2" descr="Diagrama&#10;&#10;Descrição gerad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63270" cy="715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20" w:type="dxa"/>
          <w:shd w:val="clear" w:color="auto" w:fill="auto"/>
          <w:vAlign w:val="center"/>
        </w:tcPr>
        <w:p w14:paraId="27B5790C" w14:textId="77777777" w:rsidR="000C55B4" w:rsidRPr="001A3269" w:rsidRDefault="000C55B4" w:rsidP="000C55B4">
          <w:pPr>
            <w:widowControl w:val="0"/>
            <w:autoSpaceDE w:val="0"/>
            <w:autoSpaceDN w:val="0"/>
            <w:adjustRightInd w:val="0"/>
            <w:spacing w:after="0"/>
            <w:jc w:val="center"/>
            <w:rPr>
              <w:rFonts w:ascii="Arial" w:hAnsi="Arial" w:cs="Arial"/>
              <w:b/>
              <w:sz w:val="16"/>
              <w:szCs w:val="16"/>
              <w:lang w:val="pt-BR"/>
            </w:rPr>
          </w:pPr>
          <w:r w:rsidRPr="001A3269">
            <w:rPr>
              <w:rFonts w:ascii="Arial" w:hAnsi="Arial" w:cs="Arial"/>
              <w:b/>
              <w:sz w:val="16"/>
              <w:szCs w:val="16"/>
              <w:lang w:val="pt-BR"/>
            </w:rPr>
            <w:t>MINISTÉRIO DA EDUCAÇÃO</w:t>
          </w:r>
        </w:p>
        <w:p w14:paraId="77F17DC0" w14:textId="77777777" w:rsidR="000C55B4" w:rsidRDefault="000C55B4" w:rsidP="000C55B4">
          <w:pPr>
            <w:widowControl w:val="0"/>
            <w:tabs>
              <w:tab w:val="left" w:pos="4180"/>
            </w:tabs>
            <w:autoSpaceDE w:val="0"/>
            <w:autoSpaceDN w:val="0"/>
            <w:adjustRightInd w:val="0"/>
            <w:spacing w:after="0"/>
            <w:jc w:val="center"/>
            <w:rPr>
              <w:rFonts w:ascii="Arial" w:hAnsi="Arial" w:cs="Arial"/>
              <w:b/>
              <w:sz w:val="16"/>
              <w:szCs w:val="16"/>
              <w:lang w:val="pt-BR"/>
            </w:rPr>
          </w:pPr>
          <w:r w:rsidRPr="001A3269">
            <w:rPr>
              <w:rFonts w:ascii="Arial" w:hAnsi="Arial" w:cs="Arial"/>
              <w:b/>
              <w:sz w:val="16"/>
              <w:szCs w:val="16"/>
              <w:lang w:val="pt-BR"/>
            </w:rPr>
            <w:t>UNIVERSIDADE FEDERAL DO DELTA DO PARNAÍBA</w:t>
          </w:r>
        </w:p>
        <w:p w14:paraId="06721807" w14:textId="77777777" w:rsidR="000C55B4" w:rsidRDefault="000C55B4" w:rsidP="000C55B4">
          <w:pPr>
            <w:widowControl w:val="0"/>
            <w:autoSpaceDE w:val="0"/>
            <w:autoSpaceDN w:val="0"/>
            <w:adjustRightInd w:val="0"/>
            <w:spacing w:after="0"/>
            <w:jc w:val="center"/>
            <w:rPr>
              <w:rFonts w:ascii="Arial" w:hAnsi="Arial" w:cs="Arial"/>
              <w:b/>
              <w:sz w:val="16"/>
              <w:szCs w:val="16"/>
              <w:lang w:val="pt-BR"/>
            </w:rPr>
          </w:pPr>
          <w:r w:rsidRPr="001A3269">
            <w:rPr>
              <w:rFonts w:ascii="Arial" w:hAnsi="Arial" w:cs="Arial"/>
              <w:b/>
              <w:sz w:val="16"/>
              <w:szCs w:val="16"/>
              <w:lang w:val="pt-BR"/>
            </w:rPr>
            <w:t>PRÓ-REITORIA DE PÓS-GRADUAÇÃO, PESQUISA E INOVAÇÃO</w:t>
          </w:r>
          <w:r>
            <w:rPr>
              <w:rFonts w:ascii="Arial" w:hAnsi="Arial" w:cs="Arial"/>
              <w:b/>
              <w:sz w:val="16"/>
              <w:szCs w:val="16"/>
              <w:lang w:val="pt-BR"/>
            </w:rPr>
            <w:t xml:space="preserve"> (PROPOPI)</w:t>
          </w:r>
        </w:p>
        <w:p w14:paraId="62107FF6" w14:textId="77777777" w:rsidR="000C55B4" w:rsidRPr="001A3269" w:rsidRDefault="000C55B4" w:rsidP="000C55B4">
          <w:pPr>
            <w:widowControl w:val="0"/>
            <w:autoSpaceDE w:val="0"/>
            <w:autoSpaceDN w:val="0"/>
            <w:adjustRightInd w:val="0"/>
            <w:spacing w:after="0"/>
            <w:jc w:val="center"/>
            <w:rPr>
              <w:rFonts w:ascii="Arial" w:hAnsi="Arial" w:cs="Arial"/>
              <w:b/>
              <w:sz w:val="16"/>
              <w:szCs w:val="16"/>
              <w:lang w:val="pt-BR"/>
            </w:rPr>
          </w:pPr>
          <w:r w:rsidRPr="00361134">
            <w:rPr>
              <w:rFonts w:ascii="Arial" w:hAnsi="Arial" w:cs="Arial"/>
              <w:b/>
              <w:sz w:val="16"/>
              <w:szCs w:val="16"/>
              <w:lang w:val="pt-BR"/>
            </w:rPr>
            <w:t>ASSESSORIA PARA ASSUNTOS INTERNACIONAIS</w:t>
          </w:r>
          <w:r>
            <w:rPr>
              <w:rFonts w:ascii="Arial" w:hAnsi="Arial" w:cs="Arial"/>
              <w:b/>
              <w:sz w:val="16"/>
              <w:szCs w:val="16"/>
              <w:lang w:val="pt-BR"/>
            </w:rPr>
            <w:t xml:space="preserve"> (ASSINTER)</w:t>
          </w:r>
        </w:p>
        <w:p w14:paraId="2E09DBC8" w14:textId="77777777" w:rsidR="000C55B4" w:rsidRPr="00E35F81" w:rsidRDefault="000C55B4" w:rsidP="000C55B4">
          <w:pPr>
            <w:widowControl w:val="0"/>
            <w:autoSpaceDE w:val="0"/>
            <w:autoSpaceDN w:val="0"/>
            <w:adjustRightInd w:val="0"/>
            <w:spacing w:after="0"/>
            <w:jc w:val="center"/>
            <w:rPr>
              <w:rFonts w:ascii="Arial" w:hAnsi="Arial" w:cs="Arial"/>
              <w:bCs/>
              <w:sz w:val="14"/>
              <w:szCs w:val="14"/>
              <w:lang w:val="pt-BR"/>
            </w:rPr>
          </w:pPr>
          <w:r w:rsidRPr="001A3269">
            <w:rPr>
              <w:rFonts w:ascii="Arial" w:hAnsi="Arial" w:cs="Arial"/>
              <w:bCs/>
              <w:sz w:val="14"/>
              <w:szCs w:val="14"/>
              <w:lang w:val="pt-BR"/>
            </w:rPr>
            <w:t xml:space="preserve">Av. São Sebastião, 2819, 64202-020. </w:t>
          </w:r>
          <w:r w:rsidRPr="00E35F81">
            <w:rPr>
              <w:rFonts w:ascii="Arial" w:hAnsi="Arial" w:cs="Arial"/>
              <w:bCs/>
              <w:sz w:val="14"/>
              <w:szCs w:val="14"/>
              <w:lang w:val="pt-BR"/>
            </w:rPr>
            <w:t>Parnaíba - Piauí</w:t>
          </w:r>
        </w:p>
      </w:tc>
      <w:tc>
        <w:tcPr>
          <w:tcW w:w="1559" w:type="dxa"/>
          <w:shd w:val="clear" w:color="auto" w:fill="auto"/>
          <w:vAlign w:val="center"/>
        </w:tcPr>
        <w:p w14:paraId="4B415236" w14:textId="77777777" w:rsidR="000C55B4" w:rsidRPr="00AD3805" w:rsidRDefault="000C55B4" w:rsidP="000C55B4">
          <w:pPr>
            <w:spacing w:after="0"/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  <w:noProof/>
            </w:rPr>
            <w:drawing>
              <wp:inline distT="0" distB="0" distL="0" distR="0" wp14:anchorId="6E23611B" wp14:editId="5E512AAA">
                <wp:extent cx="803275" cy="715645"/>
                <wp:effectExtent l="0" t="0" r="0" b="8255"/>
                <wp:docPr id="209444760" name="Imagem 209444760" descr="Logotipo, nome da empresa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23000824" name="Imagem 1" descr="Logotipo, nome da empresa&#10;&#10;Descrição gerad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062" t="7166" r="7344" b="841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03275" cy="715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1ADF426E" w14:textId="77777777" w:rsidR="00670BF1" w:rsidRDefault="00670BF1">
    <w:pPr>
      <w:pStyle w:val="Cabealho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o9Ln0GgVAXqDOL" int2:id="5Ik3DfYx">
      <int2:state int2:value="Rejected" int2:type="AugLoop_Text_Critique"/>
    </int2:textHash>
    <int2:textHash int2:hashCode="JrVh8UUecvxL5r" int2:id="4aTkDcjk">
      <int2:state int2:value="Rejected" int2:type="AugLoop_Text_Critique"/>
    </int2:textHash>
    <int2:textHash int2:hashCode="Bv12gQuxH+HS/e" int2:id="sZ0aFgn6">
      <int2:state int2:value="Rejected" int2:type="AugLoop_Text_Critique"/>
    </int2:textHash>
    <int2:textHash int2:hashCode="1wUOrj2vv0KWlM" int2:id="WeFEAHLy">
      <int2:state int2:value="Rejected" int2:type="AugLoop_Text_Critique"/>
    </int2:textHash>
    <int2:textHash int2:hashCode="PDgRrmkKNEYWfX" int2:id="UZnxn7Jg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Numerada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Numerada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Commarcadores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Commarcadores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Numerad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Commarcador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4A735FFA"/>
    <w:multiLevelType w:val="hybridMultilevel"/>
    <w:tmpl w:val="D1F66A1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4081842"/>
    <w:multiLevelType w:val="hybridMultilevel"/>
    <w:tmpl w:val="75E2C08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0131095">
    <w:abstractNumId w:val="8"/>
  </w:num>
  <w:num w:numId="2" w16cid:durableId="1793673458">
    <w:abstractNumId w:val="6"/>
  </w:num>
  <w:num w:numId="3" w16cid:durableId="662246051">
    <w:abstractNumId w:val="5"/>
  </w:num>
  <w:num w:numId="4" w16cid:durableId="2129350524">
    <w:abstractNumId w:val="4"/>
  </w:num>
  <w:num w:numId="5" w16cid:durableId="1139688949">
    <w:abstractNumId w:val="7"/>
  </w:num>
  <w:num w:numId="6" w16cid:durableId="2083673446">
    <w:abstractNumId w:val="3"/>
  </w:num>
  <w:num w:numId="7" w16cid:durableId="1075660913">
    <w:abstractNumId w:val="2"/>
  </w:num>
  <w:num w:numId="8" w16cid:durableId="2034960126">
    <w:abstractNumId w:val="1"/>
  </w:num>
  <w:num w:numId="9" w16cid:durableId="1960917560">
    <w:abstractNumId w:val="0"/>
  </w:num>
  <w:num w:numId="10" w16cid:durableId="1756897771">
    <w:abstractNumId w:val="10"/>
  </w:num>
  <w:num w:numId="11" w16cid:durableId="119500370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14C86"/>
    <w:rsid w:val="00017C58"/>
    <w:rsid w:val="0002326C"/>
    <w:rsid w:val="000255C4"/>
    <w:rsid w:val="0003063E"/>
    <w:rsid w:val="00034211"/>
    <w:rsid w:val="00034616"/>
    <w:rsid w:val="00044BFA"/>
    <w:rsid w:val="00052489"/>
    <w:rsid w:val="0006063C"/>
    <w:rsid w:val="00063B2F"/>
    <w:rsid w:val="000703D9"/>
    <w:rsid w:val="000815FD"/>
    <w:rsid w:val="0008530C"/>
    <w:rsid w:val="00093721"/>
    <w:rsid w:val="000940F3"/>
    <w:rsid w:val="00094364"/>
    <w:rsid w:val="000A2D84"/>
    <w:rsid w:val="000B2E1F"/>
    <w:rsid w:val="000C55B4"/>
    <w:rsid w:val="000C75EC"/>
    <w:rsid w:val="000D29EB"/>
    <w:rsid w:val="000D2BEA"/>
    <w:rsid w:val="000D463C"/>
    <w:rsid w:val="000E2FC1"/>
    <w:rsid w:val="00112D12"/>
    <w:rsid w:val="00114707"/>
    <w:rsid w:val="00132D2E"/>
    <w:rsid w:val="00140374"/>
    <w:rsid w:val="0014353B"/>
    <w:rsid w:val="0015074B"/>
    <w:rsid w:val="00153E06"/>
    <w:rsid w:val="00155F8D"/>
    <w:rsid w:val="00156AE1"/>
    <w:rsid w:val="001625C2"/>
    <w:rsid w:val="0017092D"/>
    <w:rsid w:val="0017479A"/>
    <w:rsid w:val="00187891"/>
    <w:rsid w:val="001A1FF4"/>
    <w:rsid w:val="001A3269"/>
    <w:rsid w:val="001B06C4"/>
    <w:rsid w:val="001C66D1"/>
    <w:rsid w:val="001C6F20"/>
    <w:rsid w:val="001E1D8A"/>
    <w:rsid w:val="001F01C3"/>
    <w:rsid w:val="002019B4"/>
    <w:rsid w:val="0022362B"/>
    <w:rsid w:val="00232109"/>
    <w:rsid w:val="00232E8A"/>
    <w:rsid w:val="00235861"/>
    <w:rsid w:val="0025103F"/>
    <w:rsid w:val="002562B5"/>
    <w:rsid w:val="002652C2"/>
    <w:rsid w:val="0029639D"/>
    <w:rsid w:val="002A6DC6"/>
    <w:rsid w:val="002C0FFD"/>
    <w:rsid w:val="002C515A"/>
    <w:rsid w:val="00300674"/>
    <w:rsid w:val="00303CD5"/>
    <w:rsid w:val="00305FF8"/>
    <w:rsid w:val="00312A7E"/>
    <w:rsid w:val="0032368F"/>
    <w:rsid w:val="00326F90"/>
    <w:rsid w:val="00331068"/>
    <w:rsid w:val="0033227D"/>
    <w:rsid w:val="00332AFE"/>
    <w:rsid w:val="0033343B"/>
    <w:rsid w:val="00346A70"/>
    <w:rsid w:val="00353DEB"/>
    <w:rsid w:val="003540D4"/>
    <w:rsid w:val="00361134"/>
    <w:rsid w:val="00374E73"/>
    <w:rsid w:val="00384BF2"/>
    <w:rsid w:val="00387C0A"/>
    <w:rsid w:val="00395940"/>
    <w:rsid w:val="00395CF8"/>
    <w:rsid w:val="003967C2"/>
    <w:rsid w:val="00397298"/>
    <w:rsid w:val="003974A4"/>
    <w:rsid w:val="003B0984"/>
    <w:rsid w:val="003B5D7A"/>
    <w:rsid w:val="003B5DBD"/>
    <w:rsid w:val="003C47DE"/>
    <w:rsid w:val="003D7563"/>
    <w:rsid w:val="003F02BD"/>
    <w:rsid w:val="0042019A"/>
    <w:rsid w:val="0042665F"/>
    <w:rsid w:val="00436220"/>
    <w:rsid w:val="0044017D"/>
    <w:rsid w:val="00450FA9"/>
    <w:rsid w:val="00461222"/>
    <w:rsid w:val="0047002F"/>
    <w:rsid w:val="0047008C"/>
    <w:rsid w:val="00473062"/>
    <w:rsid w:val="00474D10"/>
    <w:rsid w:val="00492E14"/>
    <w:rsid w:val="004A0BE0"/>
    <w:rsid w:val="004B0E56"/>
    <w:rsid w:val="004B4267"/>
    <w:rsid w:val="004B4293"/>
    <w:rsid w:val="004B4916"/>
    <w:rsid w:val="004B7A3F"/>
    <w:rsid w:val="004C0A17"/>
    <w:rsid w:val="004D0FA0"/>
    <w:rsid w:val="004F008B"/>
    <w:rsid w:val="004F18A0"/>
    <w:rsid w:val="004F4628"/>
    <w:rsid w:val="00500457"/>
    <w:rsid w:val="00500598"/>
    <w:rsid w:val="0051289B"/>
    <w:rsid w:val="005145A8"/>
    <w:rsid w:val="00515B00"/>
    <w:rsid w:val="00526E9B"/>
    <w:rsid w:val="00530C92"/>
    <w:rsid w:val="00540413"/>
    <w:rsid w:val="005603DB"/>
    <w:rsid w:val="00564ABC"/>
    <w:rsid w:val="00566189"/>
    <w:rsid w:val="00570EA5"/>
    <w:rsid w:val="0057171E"/>
    <w:rsid w:val="00573D81"/>
    <w:rsid w:val="0057519F"/>
    <w:rsid w:val="005877F3"/>
    <w:rsid w:val="0059356B"/>
    <w:rsid w:val="005B622C"/>
    <w:rsid w:val="005C15BE"/>
    <w:rsid w:val="005C45E0"/>
    <w:rsid w:val="005E3401"/>
    <w:rsid w:val="005E7DA8"/>
    <w:rsid w:val="005F2868"/>
    <w:rsid w:val="006224F4"/>
    <w:rsid w:val="006338E6"/>
    <w:rsid w:val="00650100"/>
    <w:rsid w:val="00651B0F"/>
    <w:rsid w:val="006545D8"/>
    <w:rsid w:val="00660C21"/>
    <w:rsid w:val="0066550F"/>
    <w:rsid w:val="0067023E"/>
    <w:rsid w:val="00670BF1"/>
    <w:rsid w:val="00675973"/>
    <w:rsid w:val="00682FAF"/>
    <w:rsid w:val="00687A1A"/>
    <w:rsid w:val="006A3BC0"/>
    <w:rsid w:val="006A4FAF"/>
    <w:rsid w:val="006B541E"/>
    <w:rsid w:val="006C1E32"/>
    <w:rsid w:val="006C53B4"/>
    <w:rsid w:val="006D0FC1"/>
    <w:rsid w:val="006D26EA"/>
    <w:rsid w:val="006E328A"/>
    <w:rsid w:val="00704340"/>
    <w:rsid w:val="00734ED3"/>
    <w:rsid w:val="00746B00"/>
    <w:rsid w:val="00762337"/>
    <w:rsid w:val="00762ED1"/>
    <w:rsid w:val="00763633"/>
    <w:rsid w:val="00763F0A"/>
    <w:rsid w:val="00781DE6"/>
    <w:rsid w:val="0078372D"/>
    <w:rsid w:val="007904A7"/>
    <w:rsid w:val="007928BD"/>
    <w:rsid w:val="007936F5"/>
    <w:rsid w:val="00797F91"/>
    <w:rsid w:val="007A5F56"/>
    <w:rsid w:val="007A607B"/>
    <w:rsid w:val="007B0487"/>
    <w:rsid w:val="007C6214"/>
    <w:rsid w:val="007D4600"/>
    <w:rsid w:val="007E394E"/>
    <w:rsid w:val="007F0522"/>
    <w:rsid w:val="007F056A"/>
    <w:rsid w:val="00805193"/>
    <w:rsid w:val="00817044"/>
    <w:rsid w:val="00822192"/>
    <w:rsid w:val="008246CF"/>
    <w:rsid w:val="00824C80"/>
    <w:rsid w:val="00827B84"/>
    <w:rsid w:val="00831F21"/>
    <w:rsid w:val="00832A9A"/>
    <w:rsid w:val="00843549"/>
    <w:rsid w:val="0084361C"/>
    <w:rsid w:val="00865063"/>
    <w:rsid w:val="00875334"/>
    <w:rsid w:val="00890860"/>
    <w:rsid w:val="008919CA"/>
    <w:rsid w:val="008A1357"/>
    <w:rsid w:val="008B3D57"/>
    <w:rsid w:val="008C03BE"/>
    <w:rsid w:val="008C764F"/>
    <w:rsid w:val="008E7F2D"/>
    <w:rsid w:val="008F6C8F"/>
    <w:rsid w:val="00925305"/>
    <w:rsid w:val="0093558E"/>
    <w:rsid w:val="00942176"/>
    <w:rsid w:val="00946354"/>
    <w:rsid w:val="00947487"/>
    <w:rsid w:val="00956750"/>
    <w:rsid w:val="00964EA1"/>
    <w:rsid w:val="00974200"/>
    <w:rsid w:val="00987B4F"/>
    <w:rsid w:val="0099096E"/>
    <w:rsid w:val="00995F3F"/>
    <w:rsid w:val="009D03A4"/>
    <w:rsid w:val="009D1838"/>
    <w:rsid w:val="009D2C96"/>
    <w:rsid w:val="009D4536"/>
    <w:rsid w:val="009D52CB"/>
    <w:rsid w:val="009D6919"/>
    <w:rsid w:val="009E1B9B"/>
    <w:rsid w:val="009E1DA3"/>
    <w:rsid w:val="009E2633"/>
    <w:rsid w:val="009E70D3"/>
    <w:rsid w:val="009F1F18"/>
    <w:rsid w:val="00A01D32"/>
    <w:rsid w:val="00A12582"/>
    <w:rsid w:val="00A12919"/>
    <w:rsid w:val="00A2002D"/>
    <w:rsid w:val="00A46421"/>
    <w:rsid w:val="00A55699"/>
    <w:rsid w:val="00A70A15"/>
    <w:rsid w:val="00A7346A"/>
    <w:rsid w:val="00A76C92"/>
    <w:rsid w:val="00A82115"/>
    <w:rsid w:val="00AA1D8D"/>
    <w:rsid w:val="00AA302F"/>
    <w:rsid w:val="00AB1F31"/>
    <w:rsid w:val="00AB3F6A"/>
    <w:rsid w:val="00AB78F8"/>
    <w:rsid w:val="00AD0F15"/>
    <w:rsid w:val="00B0115E"/>
    <w:rsid w:val="00B02762"/>
    <w:rsid w:val="00B14F2C"/>
    <w:rsid w:val="00B30A56"/>
    <w:rsid w:val="00B30C03"/>
    <w:rsid w:val="00B3636C"/>
    <w:rsid w:val="00B40C4E"/>
    <w:rsid w:val="00B47730"/>
    <w:rsid w:val="00B54641"/>
    <w:rsid w:val="00B6020C"/>
    <w:rsid w:val="00B61C3D"/>
    <w:rsid w:val="00B6613E"/>
    <w:rsid w:val="00B66150"/>
    <w:rsid w:val="00B743AC"/>
    <w:rsid w:val="00B75181"/>
    <w:rsid w:val="00B81C70"/>
    <w:rsid w:val="00B8313E"/>
    <w:rsid w:val="00B93460"/>
    <w:rsid w:val="00B9774B"/>
    <w:rsid w:val="00BA291C"/>
    <w:rsid w:val="00BA38E8"/>
    <w:rsid w:val="00BA777F"/>
    <w:rsid w:val="00BB0EBF"/>
    <w:rsid w:val="00BB10DA"/>
    <w:rsid w:val="00BB1E36"/>
    <w:rsid w:val="00BB3C7A"/>
    <w:rsid w:val="00BB4AA7"/>
    <w:rsid w:val="00BB508B"/>
    <w:rsid w:val="00BD07F3"/>
    <w:rsid w:val="00BD45C5"/>
    <w:rsid w:val="00BE0AFA"/>
    <w:rsid w:val="00BE37CB"/>
    <w:rsid w:val="00BE559A"/>
    <w:rsid w:val="00BE568F"/>
    <w:rsid w:val="00C0302F"/>
    <w:rsid w:val="00C12C10"/>
    <w:rsid w:val="00C16684"/>
    <w:rsid w:val="00C17A17"/>
    <w:rsid w:val="00C24550"/>
    <w:rsid w:val="00C25B0D"/>
    <w:rsid w:val="00C4646E"/>
    <w:rsid w:val="00C46C75"/>
    <w:rsid w:val="00C543E6"/>
    <w:rsid w:val="00C5618B"/>
    <w:rsid w:val="00C72873"/>
    <w:rsid w:val="00C858F9"/>
    <w:rsid w:val="00CB0664"/>
    <w:rsid w:val="00CB07EB"/>
    <w:rsid w:val="00CC27FA"/>
    <w:rsid w:val="00CC7F25"/>
    <w:rsid w:val="00CE096F"/>
    <w:rsid w:val="00CE523F"/>
    <w:rsid w:val="00CF70E8"/>
    <w:rsid w:val="00D061FC"/>
    <w:rsid w:val="00D15722"/>
    <w:rsid w:val="00D313A0"/>
    <w:rsid w:val="00D35126"/>
    <w:rsid w:val="00D4209E"/>
    <w:rsid w:val="00D62257"/>
    <w:rsid w:val="00D91465"/>
    <w:rsid w:val="00D93EA0"/>
    <w:rsid w:val="00D948BE"/>
    <w:rsid w:val="00DA46AF"/>
    <w:rsid w:val="00DA7C0C"/>
    <w:rsid w:val="00DB2A05"/>
    <w:rsid w:val="00DB367A"/>
    <w:rsid w:val="00DC0490"/>
    <w:rsid w:val="00DC42D3"/>
    <w:rsid w:val="00DC4FAB"/>
    <w:rsid w:val="00DC624D"/>
    <w:rsid w:val="00DD33D9"/>
    <w:rsid w:val="00DE46E9"/>
    <w:rsid w:val="00DF7323"/>
    <w:rsid w:val="00E02D64"/>
    <w:rsid w:val="00E109FC"/>
    <w:rsid w:val="00E24D7B"/>
    <w:rsid w:val="00E2612C"/>
    <w:rsid w:val="00E32CE4"/>
    <w:rsid w:val="00E35041"/>
    <w:rsid w:val="00E3541D"/>
    <w:rsid w:val="00E35F81"/>
    <w:rsid w:val="00E61C6B"/>
    <w:rsid w:val="00E721EC"/>
    <w:rsid w:val="00E730EC"/>
    <w:rsid w:val="00E7479B"/>
    <w:rsid w:val="00E761E5"/>
    <w:rsid w:val="00E76BA9"/>
    <w:rsid w:val="00E81C80"/>
    <w:rsid w:val="00E94238"/>
    <w:rsid w:val="00E94AEE"/>
    <w:rsid w:val="00E95C02"/>
    <w:rsid w:val="00EA7AD1"/>
    <w:rsid w:val="00EB417D"/>
    <w:rsid w:val="00ED185E"/>
    <w:rsid w:val="00EF3B7D"/>
    <w:rsid w:val="00EF5962"/>
    <w:rsid w:val="00EF7BCE"/>
    <w:rsid w:val="00F00F3B"/>
    <w:rsid w:val="00F053E8"/>
    <w:rsid w:val="00F0753F"/>
    <w:rsid w:val="00F10D07"/>
    <w:rsid w:val="00F11A6B"/>
    <w:rsid w:val="00F14141"/>
    <w:rsid w:val="00F30571"/>
    <w:rsid w:val="00F401AA"/>
    <w:rsid w:val="00F435F6"/>
    <w:rsid w:val="00F456B9"/>
    <w:rsid w:val="00F50AE6"/>
    <w:rsid w:val="00F51B24"/>
    <w:rsid w:val="00F745F8"/>
    <w:rsid w:val="00F80AD9"/>
    <w:rsid w:val="00F874EF"/>
    <w:rsid w:val="00F93538"/>
    <w:rsid w:val="00F93F6D"/>
    <w:rsid w:val="00FA1335"/>
    <w:rsid w:val="00FA2274"/>
    <w:rsid w:val="00FA460E"/>
    <w:rsid w:val="00FA4CE5"/>
    <w:rsid w:val="00FA7F7F"/>
    <w:rsid w:val="00FB0BE8"/>
    <w:rsid w:val="00FC4812"/>
    <w:rsid w:val="00FC693F"/>
    <w:rsid w:val="00FD06A5"/>
    <w:rsid w:val="00FD13F3"/>
    <w:rsid w:val="184AB757"/>
    <w:rsid w:val="3FBA343F"/>
    <w:rsid w:val="718106EB"/>
    <w:rsid w:val="7DFC2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24062061"/>
  <w14:defaultImageDpi w14:val="300"/>
  <w15:docId w15:val="{E84D5378-3B93-4944-BFF3-15717CA386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693F"/>
  </w:style>
  <w:style w:type="paragraph" w:styleId="Ttulo1">
    <w:name w:val="heading 1"/>
    <w:basedOn w:val="Normal"/>
    <w:next w:val="Normal"/>
    <w:link w:val="Ttulo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618BF"/>
  </w:style>
  <w:style w:type="paragraph" w:styleId="Rodap">
    <w:name w:val="footer"/>
    <w:basedOn w:val="Normal"/>
    <w:link w:val="Rodap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618BF"/>
  </w:style>
  <w:style w:type="paragraph" w:styleId="SemEspaamento">
    <w:name w:val="No Spacing"/>
    <w:uiPriority w:val="1"/>
    <w:qFormat/>
    <w:rsid w:val="00FC693F"/>
    <w:pPr>
      <w:spacing w:after="0" w:line="240" w:lineRule="auto"/>
    </w:pPr>
  </w:style>
  <w:style w:type="character" w:customStyle="1" w:styleId="Ttulo1Char">
    <w:name w:val="Título 1 Char"/>
    <w:basedOn w:val="Fontepargpadro"/>
    <w:link w:val="Ttulo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ulo2Char">
    <w:name w:val="Título 2 Char"/>
    <w:basedOn w:val="Fontepargpadro"/>
    <w:link w:val="Ttulo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">
    <w:name w:val="Title"/>
    <w:basedOn w:val="Normal"/>
    <w:next w:val="Normal"/>
    <w:link w:val="Ttulo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har">
    <w:name w:val="Título Char"/>
    <w:basedOn w:val="Fontepargpadro"/>
    <w:link w:val="Ttulo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tulo">
    <w:name w:val="Subtitle"/>
    <w:basedOn w:val="Normal"/>
    <w:next w:val="Normal"/>
    <w:link w:val="Subttulo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argrafodaLista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Corpodetexto">
    <w:name w:val="Body Text"/>
    <w:basedOn w:val="Normal"/>
    <w:link w:val="CorpodetextoChar"/>
    <w:uiPriority w:val="99"/>
    <w:unhideWhenUsed/>
    <w:rsid w:val="00AA1D8D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rsid w:val="00AA1D8D"/>
  </w:style>
  <w:style w:type="paragraph" w:styleId="Corpodetexto2">
    <w:name w:val="Body Text 2"/>
    <w:basedOn w:val="Normal"/>
    <w:link w:val="Corpodetexto2Char"/>
    <w:uiPriority w:val="99"/>
    <w:unhideWhenUsed/>
    <w:rsid w:val="00AA1D8D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rsid w:val="00AA1D8D"/>
  </w:style>
  <w:style w:type="paragraph" w:styleId="Corpodetexto3">
    <w:name w:val="Body Text 3"/>
    <w:basedOn w:val="Normal"/>
    <w:link w:val="Corpodetexto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rsid w:val="00AA1D8D"/>
    <w:rPr>
      <w:sz w:val="16"/>
      <w:szCs w:val="16"/>
    </w:rPr>
  </w:style>
  <w:style w:type="paragraph" w:styleId="Lista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a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a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Commarcadores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Commarcadores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Commarcadores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Numerada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Numerada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Numerada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adecontinuao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adecontinuao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adecontinuao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Textodemacro">
    <w:name w:val="macro"/>
    <w:link w:val="Textodemacro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TextodemacroChar">
    <w:name w:val="Texto de macro Char"/>
    <w:basedOn w:val="Fontepargpadro"/>
    <w:link w:val="Textodemacro"/>
    <w:uiPriority w:val="99"/>
    <w:rsid w:val="0029639D"/>
    <w:rPr>
      <w:rFonts w:ascii="Courier" w:hAnsi="Courier"/>
      <w:sz w:val="20"/>
      <w:szCs w:val="20"/>
    </w:rPr>
  </w:style>
  <w:style w:type="paragraph" w:styleId="Citao">
    <w:name w:val="Quote"/>
    <w:basedOn w:val="Normal"/>
    <w:next w:val="Normal"/>
    <w:link w:val="CitaoChar"/>
    <w:uiPriority w:val="29"/>
    <w:qFormat/>
    <w:rsid w:val="00FC693F"/>
    <w:rPr>
      <w:i/>
      <w:iCs/>
      <w:color w:val="000000" w:themeColor="text1"/>
    </w:rPr>
  </w:style>
  <w:style w:type="character" w:customStyle="1" w:styleId="CitaoChar">
    <w:name w:val="Citação Char"/>
    <w:basedOn w:val="Fontepargpadro"/>
    <w:link w:val="Citao"/>
    <w:uiPriority w:val="29"/>
    <w:rsid w:val="00FC693F"/>
    <w:rPr>
      <w:i/>
      <w:iCs/>
      <w:color w:val="000000" w:themeColor="text1"/>
    </w:rPr>
  </w:style>
  <w:style w:type="character" w:customStyle="1" w:styleId="Ttulo4Char">
    <w:name w:val="Título 4 Char"/>
    <w:basedOn w:val="Fontepargpadro"/>
    <w:link w:val="Ttulo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Ttulo5Char">
    <w:name w:val="Título 5 Char"/>
    <w:basedOn w:val="Fontepargpadro"/>
    <w:link w:val="Ttulo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Ttulo7Char">
    <w:name w:val="Título 7 Char"/>
    <w:basedOn w:val="Fontepargpadro"/>
    <w:link w:val="Ttulo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tulo8Char">
    <w:name w:val="Título 8 Char"/>
    <w:basedOn w:val="Fontepargpadro"/>
    <w:link w:val="Ttulo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Ttulo9Char">
    <w:name w:val="Título 9 Char"/>
    <w:basedOn w:val="Fontepargpadro"/>
    <w:link w:val="Ttulo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Forte">
    <w:name w:val="Strong"/>
    <w:basedOn w:val="Fontepargpadro"/>
    <w:uiPriority w:val="22"/>
    <w:qFormat/>
    <w:rsid w:val="00FC693F"/>
    <w:rPr>
      <w:b/>
      <w:bCs/>
    </w:rPr>
  </w:style>
  <w:style w:type="character" w:styleId="nfase">
    <w:name w:val="Emphasis"/>
    <w:basedOn w:val="Fontepargpadro"/>
    <w:uiPriority w:val="20"/>
    <w:qFormat/>
    <w:rsid w:val="00FC693F"/>
    <w:rPr>
      <w:i/>
      <w:iCs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FC693F"/>
    <w:rPr>
      <w:b/>
      <w:bCs/>
      <w:i/>
      <w:iCs/>
      <w:color w:val="4F81BD" w:themeColor="accent1"/>
    </w:rPr>
  </w:style>
  <w:style w:type="character" w:styleId="nfaseSutil">
    <w:name w:val="Subtle Emphasis"/>
    <w:basedOn w:val="Fontepargpadro"/>
    <w:uiPriority w:val="19"/>
    <w:qFormat/>
    <w:rsid w:val="00FC693F"/>
    <w:rPr>
      <w:i/>
      <w:iCs/>
      <w:color w:val="808080" w:themeColor="text1" w:themeTint="7F"/>
    </w:rPr>
  </w:style>
  <w:style w:type="character" w:styleId="nfaseIntensa">
    <w:name w:val="Intense Emphasis"/>
    <w:basedOn w:val="Fontepargpadro"/>
    <w:uiPriority w:val="21"/>
    <w:qFormat/>
    <w:rsid w:val="00FC693F"/>
    <w:rPr>
      <w:b/>
      <w:bCs/>
      <w:i/>
      <w:iCs/>
      <w:color w:val="4F81BD" w:themeColor="accent1"/>
    </w:rPr>
  </w:style>
  <w:style w:type="character" w:styleId="RefernciaSutil">
    <w:name w:val="Subtle Reference"/>
    <w:basedOn w:val="Fontepargpadro"/>
    <w:uiPriority w:val="31"/>
    <w:qFormat/>
    <w:rsid w:val="00FC693F"/>
    <w:rPr>
      <w:smallCaps/>
      <w:color w:val="C0504D" w:themeColor="accent2"/>
      <w:u w:val="single"/>
    </w:rPr>
  </w:style>
  <w:style w:type="character" w:styleId="RefernciaIntensa">
    <w:name w:val="Intense Reference"/>
    <w:basedOn w:val="Fontepargpadro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TtulodoLivro">
    <w:name w:val="Book Title"/>
    <w:basedOn w:val="Fontepargpadro"/>
    <w:uiPriority w:val="33"/>
    <w:qFormat/>
    <w:rsid w:val="00FC693F"/>
    <w:rPr>
      <w:b/>
      <w:bCs/>
      <w:smallCaps/>
      <w:spacing w:val="5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FC693F"/>
    <w:pPr>
      <w:outlineLvl w:val="9"/>
    </w:pPr>
  </w:style>
  <w:style w:type="table" w:styleId="Tabelacomgrade">
    <w:name w:val="Table Grid"/>
    <w:basedOn w:val="Tabela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ombreamentoClaro">
    <w:name w:val="Light Shading"/>
    <w:basedOn w:val="Tabela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ombreamentoClaro-nfase1">
    <w:name w:val="Light Shading Accent 1"/>
    <w:basedOn w:val="Tabela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SombreamentoClaro-nfase2">
    <w:name w:val="Light Shading Accent 2"/>
    <w:basedOn w:val="Tabela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SombreamentoClaro-nfase3">
    <w:name w:val="Light Shading Accent 3"/>
    <w:basedOn w:val="Tabela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SombreamentoClaro-nfase4">
    <w:name w:val="Light Shading Accent 4"/>
    <w:basedOn w:val="Tabela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SombreamentoClaro-nfase5">
    <w:name w:val="Light Shading Accent 5"/>
    <w:basedOn w:val="Tabela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SombreamentoClaro-nfase6">
    <w:name w:val="Light Shading Accent 6"/>
    <w:basedOn w:val="Tabela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staClara">
    <w:name w:val="Light List"/>
    <w:basedOn w:val="Tabela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staClara-nfase1">
    <w:name w:val="Light List Accent 1"/>
    <w:basedOn w:val="Tabela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staClara-nfase2">
    <w:name w:val="Light List Accent 2"/>
    <w:basedOn w:val="Tabela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staClara-nfase3">
    <w:name w:val="Light List Accent 3"/>
    <w:basedOn w:val="Tabela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staClara-nfase4">
    <w:name w:val="Light List Accent 4"/>
    <w:basedOn w:val="Tabela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staClara-nfase5">
    <w:name w:val="Light List Accent 5"/>
    <w:basedOn w:val="Tabela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staClara-nfase6">
    <w:name w:val="Light List Accent 6"/>
    <w:basedOn w:val="Tabela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GradeClara">
    <w:name w:val="Light Grid"/>
    <w:basedOn w:val="Tabela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GradeClara-nfase1">
    <w:name w:val="Light Grid Accent 1"/>
    <w:basedOn w:val="Tabela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GradeClara-nfase2">
    <w:name w:val="Light Grid Accent 2"/>
    <w:basedOn w:val="Tabela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GradeClara-nfase3">
    <w:name w:val="Light Grid Accent 3"/>
    <w:basedOn w:val="Tabela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GradeClara-nfase4">
    <w:name w:val="Light Grid Accent 4"/>
    <w:basedOn w:val="Tabela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GradeClara-nfase5">
    <w:name w:val="Light Grid Accent 5"/>
    <w:basedOn w:val="Tabela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GradeClara-nfase6">
    <w:name w:val="Light Grid Accent 6"/>
    <w:basedOn w:val="Tabela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SombreamentoMdio1">
    <w:name w:val="Medium Shading 1"/>
    <w:basedOn w:val="Tabela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mentoMdio1-nfase1">
    <w:name w:val="Medium Shading 1 Accent 1"/>
    <w:basedOn w:val="Tabela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mentoMdio1-nfase2">
    <w:name w:val="Medium Shading 1 Accent 2"/>
    <w:basedOn w:val="Tabela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mentoMdio1-nfase3">
    <w:name w:val="Medium Shading 1 Accent 3"/>
    <w:basedOn w:val="Tabela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mentoMdio1-nfase4">
    <w:name w:val="Medium Shading 1 Accent 4"/>
    <w:basedOn w:val="Tabela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mentoMdio1-nfase5">
    <w:name w:val="Medium Shading 1 Accent 5"/>
    <w:basedOn w:val="Tabela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mentoMdio1-nfase6">
    <w:name w:val="Medium Shading 1 Accent 6"/>
    <w:basedOn w:val="Tabela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mentoMdio2">
    <w:name w:val="Medium Shading 2"/>
    <w:basedOn w:val="Tabela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mentoMdio2-nfase1">
    <w:name w:val="Medium Shading 2 Accent 1"/>
    <w:basedOn w:val="Tabela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mentoMdio2-nfase2">
    <w:name w:val="Medium Shading 2 Accent 2"/>
    <w:basedOn w:val="Tabela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mentoMdio2-nfase3">
    <w:name w:val="Medium Shading 2 Accent 3"/>
    <w:basedOn w:val="Tabela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mentoMdio2-nfase4">
    <w:name w:val="Medium Shading 2 Accent 4"/>
    <w:basedOn w:val="Tabela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mentoMdio2-nfase5">
    <w:name w:val="Medium Shading 2 Accent 5"/>
    <w:basedOn w:val="Tabela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mentoMdio2-nfase6">
    <w:name w:val="Medium Shading 2 Accent 6"/>
    <w:basedOn w:val="Tabela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ListaMdia1">
    <w:name w:val="Medium List 1"/>
    <w:basedOn w:val="Tabela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ListaMdia1-nfase1">
    <w:name w:val="Medium List 1 Accent 1"/>
    <w:basedOn w:val="Tabela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ListaMdia1-nfase2">
    <w:name w:val="Medium List 1 Accent 2"/>
    <w:basedOn w:val="Tabela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ListaMdia1-nfase3">
    <w:name w:val="Medium List 1 Accent 3"/>
    <w:basedOn w:val="Tabela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ListaMdia1-nfase4">
    <w:name w:val="Medium List 1 Accent 4"/>
    <w:basedOn w:val="Tabela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ListaMdia1-nfase5">
    <w:name w:val="Medium List 1 Accent 5"/>
    <w:basedOn w:val="Tabela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ListaMdia1-nfase6">
    <w:name w:val="Medium List 1 Accent 6"/>
    <w:basedOn w:val="Tabela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ListaMdia2">
    <w:name w:val="Medium List 2"/>
    <w:basedOn w:val="Tabela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dia2-nfase1">
    <w:name w:val="Medium List 2 Accent 1"/>
    <w:basedOn w:val="Tabela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dia2-nfase2">
    <w:name w:val="Medium List 2 Accent 2"/>
    <w:basedOn w:val="Tabela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dia2-nfase3">
    <w:name w:val="Medium List 2 Accent 3"/>
    <w:basedOn w:val="Tabela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dia2-nfase4">
    <w:name w:val="Medium List 2 Accent 4"/>
    <w:basedOn w:val="Tabela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dia2-nfase5">
    <w:name w:val="Medium List 2 Accent 5"/>
    <w:basedOn w:val="Tabela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dia2-nfase6">
    <w:name w:val="Medium List 2 Accent 6"/>
    <w:basedOn w:val="Tabela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radeMdia1">
    <w:name w:val="Medium Grid 1"/>
    <w:basedOn w:val="Tabela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GradeMdia1-nfase1">
    <w:name w:val="Medium Grid 1 Accent 1"/>
    <w:basedOn w:val="Tabela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GradeMdia1-nfase2">
    <w:name w:val="Medium Grid 1 Accent 2"/>
    <w:basedOn w:val="Tabela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GradeMdia1-nfase3">
    <w:name w:val="Medium Grid 1 Accent 3"/>
    <w:basedOn w:val="Tabela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GradeMdia1-nfase4">
    <w:name w:val="Medium Grid 1 Accent 4"/>
    <w:basedOn w:val="Tabela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GradeMdia1-nfase5">
    <w:name w:val="Medium Grid 1 Accent 5"/>
    <w:basedOn w:val="Tabela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GradeMdia1-nfase6">
    <w:name w:val="Medium Grid 1 Accent 6"/>
    <w:basedOn w:val="Tabela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GradeMdia2">
    <w:name w:val="Medium Grid 2"/>
    <w:basedOn w:val="Tabela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adeMdia2-nfase1">
    <w:name w:val="Medium Grid 2 Accent 1"/>
    <w:basedOn w:val="Tabela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adeMdia2-nfase2">
    <w:name w:val="Medium Grid 2 Accent 2"/>
    <w:basedOn w:val="Tabela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adeMdia2-nfase3">
    <w:name w:val="Medium Grid 2 Accent 3"/>
    <w:basedOn w:val="Tabela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adeMdia2-nfase4">
    <w:name w:val="Medium Grid 2 Accent 4"/>
    <w:basedOn w:val="Tabela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adeMdia2-nfase5">
    <w:name w:val="Medium Grid 2 Accent 5"/>
    <w:basedOn w:val="Tabela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adeMdia2-nfase6">
    <w:name w:val="Medium Grid 2 Accent 6"/>
    <w:basedOn w:val="Tabela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adeMdia3">
    <w:name w:val="Medium Grid 3"/>
    <w:basedOn w:val="Tabela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GradeMdia3-nfase1">
    <w:name w:val="Medium Grid 3 Accent 1"/>
    <w:basedOn w:val="Tabela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GradeMdia3-nfase2">
    <w:name w:val="Medium Grid 3 Accent 2"/>
    <w:basedOn w:val="Tabela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GradeMdia3-nfase3">
    <w:name w:val="Medium Grid 3 Accent 3"/>
    <w:basedOn w:val="Tabela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GradeMdia3-nfase4">
    <w:name w:val="Medium Grid 3 Accent 4"/>
    <w:basedOn w:val="Tabela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GradeMdia3-nfase5">
    <w:name w:val="Medium Grid 3 Accent 5"/>
    <w:basedOn w:val="Tabela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GradeMdia3-nfase6">
    <w:name w:val="Medium Grid 3 Accent 6"/>
    <w:basedOn w:val="Tabela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ListaEscura">
    <w:name w:val="Dark List"/>
    <w:basedOn w:val="Tabela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ListaEscura-nfase1">
    <w:name w:val="Dark List Accent 1"/>
    <w:basedOn w:val="Tabela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ListaEscura-nfase2">
    <w:name w:val="Dark List Accent 2"/>
    <w:basedOn w:val="Tabela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ListaEscura-nfase3">
    <w:name w:val="Dark List Accent 3"/>
    <w:basedOn w:val="Tabela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ListaEscura-nfase4">
    <w:name w:val="Dark List Accent 4"/>
    <w:basedOn w:val="Tabela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ListaEscura-nfase5">
    <w:name w:val="Dark List Accent 5"/>
    <w:basedOn w:val="Tabela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ListaEscura-nfase6">
    <w:name w:val="Dark List Accent 6"/>
    <w:basedOn w:val="Tabela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SombreamentoColorido">
    <w:name w:val="Colorful Shading"/>
    <w:basedOn w:val="Tabela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mentoEscuro-nfase1">
    <w:name w:val="Colorful Shading Accent 1"/>
    <w:basedOn w:val="Tabela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mentoColorido-nfase2">
    <w:name w:val="Colorful Shading Accent 2"/>
    <w:basedOn w:val="Tabela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mentoColorido-nfase3">
    <w:name w:val="Colorful Shading Accent 3"/>
    <w:basedOn w:val="Tabela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SombreamentoColorido-nfase4">
    <w:name w:val="Colorful Shading Accent 4"/>
    <w:basedOn w:val="Tabela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mentoColorido-nfase5">
    <w:name w:val="Colorful Shading Accent 5"/>
    <w:basedOn w:val="Tabela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mentoColorido-nfase6">
    <w:name w:val="Colorful Shading Accent 6"/>
    <w:basedOn w:val="Tabela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ListaColorida">
    <w:name w:val="Colorful List"/>
    <w:basedOn w:val="Tabela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aColorida-nfase1">
    <w:name w:val="Colorful List Accent 1"/>
    <w:basedOn w:val="Tabela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aColorida-nfase2">
    <w:name w:val="Colorful List Accent 2"/>
    <w:basedOn w:val="Tabela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aColorida-nfase3">
    <w:name w:val="Colorful List Accent 3"/>
    <w:basedOn w:val="Tabela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aColorida-nfase4">
    <w:name w:val="Colorful List Accent 4"/>
    <w:basedOn w:val="Tabela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aColorida-nfase5">
    <w:name w:val="Colorful List Accent 5"/>
    <w:basedOn w:val="Tabela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aColorida-nfase6">
    <w:name w:val="Colorful List Accent 6"/>
    <w:basedOn w:val="Tabela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adeColorida">
    <w:name w:val="Colorful Grid"/>
    <w:basedOn w:val="Tabela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GradeColorida-nfase1">
    <w:name w:val="Colorful Grid Accent 1"/>
    <w:basedOn w:val="Tabela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GradeColorida-nfase2">
    <w:name w:val="Colorful Grid Accent 2"/>
    <w:basedOn w:val="Tabela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GradeColorida-nfase3">
    <w:name w:val="Colorful Grid Accent 3"/>
    <w:basedOn w:val="Tabela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GradeColorida-nfase4">
    <w:name w:val="Colorful Grid Accent 4"/>
    <w:basedOn w:val="Tabela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GradeColorida-nfase5">
    <w:name w:val="Colorful Grid Accent 5"/>
    <w:basedOn w:val="Tabela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GradeColorida-nfase6">
    <w:name w:val="Colorful Grid Accent 6"/>
    <w:basedOn w:val="Tabela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character" w:styleId="Hyperlink">
    <w:name w:val="Hyperlink"/>
    <w:basedOn w:val="Fontepargpadro"/>
    <w:uiPriority w:val="99"/>
    <w:unhideWhenUsed/>
    <w:rsid w:val="00A12919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12919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A12919"/>
    <w:rPr>
      <w:color w:val="800080" w:themeColor="followedHyperlink"/>
      <w:u w:val="single"/>
    </w:rPr>
  </w:style>
  <w:style w:type="paragraph" w:customStyle="1" w:styleId="Default">
    <w:name w:val="Default"/>
    <w:rsid w:val="00155F8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346A7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346A70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346A70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346A7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346A70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qFormat/>
    <w:rsid w:val="00995F3F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val="pt-BR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8970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20/10/relationships/intelligence" Target="intelligence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421</TotalTime>
  <Pages>1</Pages>
  <Words>87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556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Jefferson Oliveira</cp:lastModifiedBy>
  <cp:revision>182</cp:revision>
  <cp:lastPrinted>2025-03-03T13:48:00Z</cp:lastPrinted>
  <dcterms:created xsi:type="dcterms:W3CDTF">2025-04-03T11:52:00Z</dcterms:created>
  <dcterms:modified xsi:type="dcterms:W3CDTF">2025-04-10T19:18:00Z</dcterms:modified>
  <cp:category/>
</cp:coreProperties>
</file>