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43B98385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435F85">
        <w:rPr>
          <w:rFonts w:asciiTheme="majorHAnsi" w:hAnsiTheme="majorHAnsi" w:cstheme="majorHAnsi"/>
          <w:b/>
          <w:sz w:val="24"/>
          <w:szCs w:val="24"/>
        </w:rPr>
        <w:t>262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78A751E5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435F85">
        <w:rPr>
          <w:rFonts w:asciiTheme="majorHAnsi" w:hAnsiTheme="majorHAnsi" w:cstheme="majorHAnsi"/>
          <w:b/>
          <w:sz w:val="24"/>
          <w:szCs w:val="24"/>
        </w:rPr>
        <w:t>03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 de </w:t>
      </w:r>
      <w:proofErr w:type="spellStart"/>
      <w:r w:rsidR="00B9364E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B9364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3FB6DA5B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7434FB">
        <w:rPr>
          <w:rFonts w:ascii="Calibri" w:hAnsi="Calibri"/>
          <w:sz w:val="24"/>
          <w:szCs w:val="24"/>
        </w:rPr>
        <w:t xml:space="preserve"> </w:t>
      </w:r>
      <w:r w:rsidR="007434FB" w:rsidRPr="007434FB">
        <w:rPr>
          <w:rFonts w:ascii="Calibri" w:hAnsi="Calibri"/>
          <w:sz w:val="24"/>
          <w:szCs w:val="24"/>
        </w:rPr>
        <w:t>23855.005123/2026-94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6AA762BB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2833A6">
        <w:rPr>
          <w:rFonts w:ascii="Calibri" w:hAnsi="Calibri"/>
          <w:sz w:val="24"/>
          <w:szCs w:val="24"/>
        </w:rPr>
        <w:t>nº</w:t>
      </w:r>
      <w:r w:rsidR="00973341" w:rsidRPr="002833A6">
        <w:rPr>
          <w:rFonts w:ascii="Calibri" w:hAnsi="Calibri"/>
          <w:sz w:val="24"/>
          <w:szCs w:val="24"/>
        </w:rPr>
        <w:t xml:space="preserve"> </w:t>
      </w:r>
      <w:r w:rsidR="007434FB" w:rsidRPr="002833A6">
        <w:rPr>
          <w:rFonts w:ascii="Calibri" w:hAnsi="Calibri"/>
          <w:sz w:val="24"/>
          <w:szCs w:val="24"/>
        </w:rPr>
        <w:t>9</w:t>
      </w:r>
      <w:r w:rsidR="00973341" w:rsidRPr="002833A6">
        <w:rPr>
          <w:rFonts w:ascii="Calibri" w:hAnsi="Calibri"/>
          <w:sz w:val="24"/>
          <w:szCs w:val="24"/>
        </w:rPr>
        <w:t>/</w:t>
      </w:r>
      <w:r w:rsidRPr="002833A6">
        <w:rPr>
          <w:rFonts w:ascii="Calibri" w:hAnsi="Calibri"/>
          <w:sz w:val="24"/>
          <w:szCs w:val="24"/>
        </w:rPr>
        <w:t>2026-CRSC</w:t>
      </w:r>
      <w:r w:rsidR="00E52892" w:rsidRPr="002833A6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6A7FCD45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 (RSC-PCCTAE V), </w:t>
      </w:r>
      <w:proofErr w:type="spellStart"/>
      <w:r w:rsidR="007434FB">
        <w:rPr>
          <w:rFonts w:ascii="Calibri" w:hAnsi="Calibri"/>
          <w:sz w:val="24"/>
          <w:szCs w:val="24"/>
        </w:rPr>
        <w:t>ao</w:t>
      </w:r>
      <w:proofErr w:type="spellEnd"/>
      <w:r w:rsidR="007434FB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proofErr w:type="spellEnd"/>
      <w:r w:rsidR="007434FB">
        <w:rPr>
          <w:rFonts w:ascii="Calibri" w:hAnsi="Calibri"/>
          <w:sz w:val="24"/>
          <w:szCs w:val="24"/>
        </w:rPr>
        <w:t xml:space="preserve"> </w:t>
      </w:r>
      <w:r w:rsidR="007434FB" w:rsidRPr="007434FB">
        <w:rPr>
          <w:rFonts w:ascii="Calibri" w:hAnsi="Calibri"/>
          <w:sz w:val="24"/>
          <w:szCs w:val="24"/>
        </w:rPr>
        <w:t>JÓ CARLOS NEVES FREITAS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7434FB">
        <w:rPr>
          <w:rFonts w:ascii="Calibri" w:hAnsi="Calibri"/>
          <w:sz w:val="24"/>
          <w:szCs w:val="24"/>
        </w:rPr>
        <w:t xml:space="preserve"> </w:t>
      </w:r>
      <w:r w:rsidR="007434FB" w:rsidRPr="007434FB">
        <w:rPr>
          <w:rFonts w:ascii="Calibri" w:hAnsi="Calibri"/>
          <w:sz w:val="24"/>
          <w:szCs w:val="24"/>
        </w:rPr>
        <w:t>1299888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161449">
        <w:rPr>
          <w:rFonts w:ascii="Calibri" w:hAnsi="Calibri"/>
          <w:sz w:val="24"/>
          <w:szCs w:val="24"/>
        </w:rPr>
        <w:t xml:space="preserve"> </w:t>
      </w:r>
      <w:r w:rsidR="007434FB" w:rsidRPr="007434FB">
        <w:rPr>
          <w:rFonts w:ascii="Calibri" w:hAnsi="Calibri"/>
          <w:sz w:val="24"/>
          <w:szCs w:val="24"/>
        </w:rPr>
        <w:t>TRADUTOR INTÉRPRETE DE LINGUAGEM DE SINAI</w:t>
      </w:r>
      <w:r w:rsidR="007434FB">
        <w:rPr>
          <w:rFonts w:ascii="Calibri" w:hAnsi="Calibri"/>
          <w:sz w:val="24"/>
          <w:szCs w:val="24"/>
        </w:rPr>
        <w:t>S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2833A6">
        <w:rPr>
          <w:rFonts w:ascii="Calibri" w:hAnsi="Calibri"/>
          <w:sz w:val="24"/>
          <w:szCs w:val="24"/>
        </w:rPr>
        <w:t>lotad</w:t>
      </w:r>
      <w:r w:rsidR="004603B6" w:rsidRPr="002833A6">
        <w:rPr>
          <w:rFonts w:ascii="Calibri" w:hAnsi="Calibri"/>
          <w:sz w:val="24"/>
          <w:szCs w:val="24"/>
        </w:rPr>
        <w:t>o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n</w:t>
      </w:r>
      <w:r w:rsidR="002833A6" w:rsidRPr="002833A6">
        <w:rPr>
          <w:rFonts w:ascii="Calibri" w:hAnsi="Calibri"/>
          <w:sz w:val="24"/>
          <w:szCs w:val="24"/>
        </w:rPr>
        <w:t>a</w:t>
      </w:r>
      <w:proofErr w:type="spellEnd"/>
      <w:r w:rsidR="002833A6" w:rsidRPr="002833A6">
        <w:t xml:space="preserve"> </w:t>
      </w:r>
      <w:r w:rsidR="002833A6" w:rsidRPr="002833A6">
        <w:rPr>
          <w:rFonts w:ascii="Calibri" w:hAnsi="Calibri"/>
          <w:sz w:val="24"/>
          <w:szCs w:val="24"/>
        </w:rPr>
        <w:t>COORDENADORIA DE ADMINISTRAÇÃO DE PESSOAS / PROGEP</w:t>
      </w:r>
      <w:r w:rsidRPr="002833A6">
        <w:rPr>
          <w:rFonts w:ascii="Calibri" w:hAnsi="Calibri"/>
          <w:sz w:val="24"/>
          <w:szCs w:val="24"/>
        </w:rPr>
        <w:t xml:space="preserve">, </w:t>
      </w:r>
      <w:proofErr w:type="spellStart"/>
      <w:r w:rsidRPr="002833A6">
        <w:rPr>
          <w:rFonts w:ascii="Calibri" w:hAnsi="Calibri"/>
          <w:sz w:val="24"/>
          <w:szCs w:val="24"/>
        </w:rPr>
        <w:t>em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virtude</w:t>
      </w:r>
      <w:proofErr w:type="spellEnd"/>
      <w:r w:rsidRPr="002833A6">
        <w:rPr>
          <w:rFonts w:ascii="Calibri" w:hAnsi="Calibri"/>
          <w:sz w:val="24"/>
          <w:szCs w:val="24"/>
        </w:rPr>
        <w:t xml:space="preserve"> da </w:t>
      </w:r>
      <w:proofErr w:type="spellStart"/>
      <w:r w:rsidRPr="002833A6">
        <w:rPr>
          <w:rFonts w:ascii="Calibri" w:hAnsi="Calibri"/>
          <w:sz w:val="24"/>
          <w:szCs w:val="24"/>
        </w:rPr>
        <w:t>apr</w:t>
      </w:r>
      <w:r w:rsidRPr="00D36C16">
        <w:rPr>
          <w:rFonts w:ascii="Calibri" w:hAnsi="Calibri"/>
          <w:sz w:val="24"/>
          <w:szCs w:val="24"/>
        </w:rPr>
        <w:t>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classificação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</w:rPr>
        <w:t>,</w:t>
      </w:r>
      <w:r w:rsidR="00663F27">
        <w:rPr>
          <w:rFonts w:ascii="Calibri" w:hAnsi="Calibri"/>
          <w:sz w:val="24"/>
          <w:szCs w:val="24"/>
        </w:rPr>
        <w:t xml:space="preserve"> 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pela obtenção de </w:t>
      </w:r>
      <w:r w:rsidR="007434FB">
        <w:rPr>
          <w:rFonts w:ascii="Calibri" w:hAnsi="Calibri"/>
          <w:sz w:val="24"/>
          <w:szCs w:val="24"/>
          <w:lang w:val="pt-BR"/>
        </w:rPr>
        <w:t xml:space="preserve">89 </w:t>
      </w:r>
      <w:r w:rsidR="00BC045C">
        <w:rPr>
          <w:rFonts w:ascii="Calibri" w:hAnsi="Calibri"/>
          <w:sz w:val="24"/>
          <w:szCs w:val="24"/>
          <w:lang w:val="pt-BR"/>
        </w:rPr>
        <w:t>(</w:t>
      </w:r>
      <w:proofErr w:type="spellStart"/>
      <w:r w:rsidR="007434FB">
        <w:rPr>
          <w:rFonts w:ascii="Calibri" w:hAnsi="Calibri"/>
          <w:sz w:val="24"/>
          <w:szCs w:val="24"/>
        </w:rPr>
        <w:t>oitenta</w:t>
      </w:r>
      <w:proofErr w:type="spellEnd"/>
      <w:r w:rsidR="007434FB">
        <w:rPr>
          <w:rFonts w:ascii="Calibri" w:hAnsi="Calibri"/>
          <w:sz w:val="24"/>
          <w:szCs w:val="24"/>
        </w:rPr>
        <w:t xml:space="preserve"> e </w:t>
      </w:r>
      <w:proofErr w:type="spellStart"/>
      <w:r w:rsidR="007434FB">
        <w:rPr>
          <w:rFonts w:ascii="Calibri" w:hAnsi="Calibri"/>
          <w:sz w:val="24"/>
          <w:szCs w:val="24"/>
        </w:rPr>
        <w:t>nove</w:t>
      </w:r>
      <w:proofErr w:type="spellEnd"/>
      <w:r w:rsidR="00BC045C" w:rsidRPr="00BC045C">
        <w:rPr>
          <w:rFonts w:ascii="Calibri" w:hAnsi="Calibri"/>
          <w:sz w:val="24"/>
          <w:szCs w:val="24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3A8F74DB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2833A6">
        <w:rPr>
          <w:rFonts w:ascii="Calibri" w:hAnsi="Calibri"/>
          <w:sz w:val="24"/>
          <w:szCs w:val="24"/>
        </w:rPr>
        <w:t xml:space="preserve">de </w:t>
      </w:r>
      <w:r w:rsidR="00973341" w:rsidRPr="002833A6">
        <w:rPr>
          <w:rFonts w:ascii="Calibri" w:hAnsi="Calibri"/>
          <w:sz w:val="24"/>
          <w:szCs w:val="24"/>
        </w:rPr>
        <w:t>52</w:t>
      </w:r>
      <w:r w:rsidRPr="002833A6">
        <w:rPr>
          <w:rFonts w:ascii="Calibri" w:hAnsi="Calibri"/>
          <w:sz w:val="24"/>
          <w:szCs w:val="24"/>
        </w:rPr>
        <w:t>% (</w:t>
      </w:r>
      <w:proofErr w:type="spellStart"/>
      <w:r w:rsidR="00973341" w:rsidRPr="002833A6">
        <w:rPr>
          <w:rFonts w:ascii="Calibri" w:hAnsi="Calibri"/>
          <w:sz w:val="24"/>
          <w:szCs w:val="24"/>
        </w:rPr>
        <w:t>cinquenta</w:t>
      </w:r>
      <w:proofErr w:type="spellEnd"/>
      <w:r w:rsidR="00973341" w:rsidRPr="002833A6">
        <w:rPr>
          <w:rFonts w:ascii="Calibri" w:hAnsi="Calibri"/>
          <w:sz w:val="24"/>
          <w:szCs w:val="24"/>
        </w:rPr>
        <w:t xml:space="preserve"> e </w:t>
      </w:r>
      <w:proofErr w:type="spellStart"/>
      <w:r w:rsidR="00973341" w:rsidRPr="002833A6">
        <w:rPr>
          <w:rFonts w:ascii="Calibri" w:hAnsi="Calibri"/>
          <w:sz w:val="24"/>
          <w:szCs w:val="24"/>
        </w:rPr>
        <w:t>dois</w:t>
      </w:r>
      <w:proofErr w:type="spellEnd"/>
      <w:r w:rsidR="00973341"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por</w:t>
      </w:r>
      <w:proofErr w:type="spellEnd"/>
      <w:r w:rsidRPr="002833A6">
        <w:rPr>
          <w:rFonts w:ascii="Calibri" w:hAnsi="Calibri"/>
          <w:sz w:val="24"/>
          <w:szCs w:val="24"/>
        </w:rPr>
        <w:t xml:space="preserve"> cento) </w:t>
      </w:r>
      <w:proofErr w:type="spellStart"/>
      <w:r w:rsidRPr="002833A6">
        <w:rPr>
          <w:rFonts w:ascii="Calibri" w:hAnsi="Calibri"/>
          <w:sz w:val="24"/>
          <w:szCs w:val="24"/>
        </w:rPr>
        <w:t>calculado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sobre</w:t>
      </w:r>
      <w:proofErr w:type="spellEnd"/>
      <w:r w:rsidRPr="002833A6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2833A6">
        <w:rPr>
          <w:rFonts w:ascii="Calibri" w:hAnsi="Calibri"/>
          <w:sz w:val="24"/>
          <w:szCs w:val="24"/>
        </w:rPr>
        <w:t>vencimento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básico</w:t>
      </w:r>
      <w:proofErr w:type="spellEnd"/>
      <w:r w:rsidRPr="002833A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2833A6">
        <w:rPr>
          <w:rFonts w:ascii="Calibri" w:hAnsi="Calibri"/>
          <w:sz w:val="24"/>
          <w:szCs w:val="24"/>
        </w:rPr>
        <w:t>ocu</w:t>
      </w:r>
      <w:r w:rsidRPr="00D36C16">
        <w:rPr>
          <w:rFonts w:ascii="Calibri" w:hAnsi="Calibri"/>
          <w:sz w:val="24"/>
          <w:szCs w:val="24"/>
        </w:rPr>
        <w:t>pado</w:t>
      </w:r>
      <w:proofErr w:type="spellEnd"/>
      <w:r w:rsidRPr="00D36C16">
        <w:rPr>
          <w:rFonts w:ascii="Calibri" w:hAnsi="Calibri"/>
          <w:sz w:val="24"/>
          <w:szCs w:val="24"/>
        </w:rPr>
        <w:t xml:space="preserve">, de </w:t>
      </w:r>
      <w:proofErr w:type="spellStart"/>
      <w:r w:rsidRPr="00D36C16">
        <w:rPr>
          <w:rFonts w:ascii="Calibri" w:hAnsi="Calibri"/>
          <w:sz w:val="24"/>
          <w:szCs w:val="24"/>
        </w:rPr>
        <w:t>acordo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a </w:t>
      </w:r>
      <w:proofErr w:type="spellStart"/>
      <w:r w:rsidRPr="00D36C16">
        <w:rPr>
          <w:rFonts w:ascii="Calibri" w:hAnsi="Calibri"/>
          <w:sz w:val="24"/>
          <w:szCs w:val="24"/>
        </w:rPr>
        <w:t>escala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fixada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r w:rsidRPr="002833A6">
        <w:rPr>
          <w:rFonts w:ascii="Calibri" w:hAnsi="Calibri"/>
          <w:sz w:val="24"/>
          <w:szCs w:val="24"/>
        </w:rPr>
        <w:t xml:space="preserve">art. 5º, § 1º, </w:t>
      </w:r>
      <w:proofErr w:type="spellStart"/>
      <w:r w:rsidRPr="002833A6">
        <w:rPr>
          <w:rFonts w:ascii="Calibri" w:hAnsi="Calibri"/>
          <w:sz w:val="24"/>
          <w:szCs w:val="24"/>
        </w:rPr>
        <w:t>inciso</w:t>
      </w:r>
      <w:proofErr w:type="spellEnd"/>
      <w:r w:rsidRPr="002833A6">
        <w:rPr>
          <w:rFonts w:ascii="Calibri" w:hAnsi="Calibri"/>
          <w:sz w:val="24"/>
          <w:szCs w:val="24"/>
        </w:rPr>
        <w:t xml:space="preserve"> V, do </w:t>
      </w:r>
      <w:proofErr w:type="spellStart"/>
      <w:r w:rsidRPr="002833A6">
        <w:rPr>
          <w:rFonts w:ascii="Calibri" w:hAnsi="Calibri"/>
          <w:sz w:val="24"/>
          <w:szCs w:val="24"/>
        </w:rPr>
        <w:t>Decreto</w:t>
      </w:r>
      <w:proofErr w:type="spellEnd"/>
      <w:r w:rsidRPr="002833A6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2833A6">
        <w:rPr>
          <w:rFonts w:ascii="Calibri" w:hAnsi="Calibri"/>
          <w:sz w:val="24"/>
          <w:szCs w:val="24"/>
        </w:rPr>
        <w:t>inciso</w:t>
      </w:r>
      <w:proofErr w:type="spellEnd"/>
      <w:r w:rsidRPr="002833A6">
        <w:rPr>
          <w:rFonts w:ascii="Calibri" w:hAnsi="Calibri"/>
          <w:sz w:val="24"/>
          <w:szCs w:val="24"/>
        </w:rPr>
        <w:t xml:space="preserve"> V</w:t>
      </w:r>
      <w:r w:rsidR="0065638E" w:rsidRPr="002833A6">
        <w:rPr>
          <w:rFonts w:ascii="Calibri" w:hAnsi="Calibri"/>
          <w:sz w:val="24"/>
          <w:szCs w:val="24"/>
        </w:rPr>
        <w:t xml:space="preserve"> </w:t>
      </w:r>
      <w:r w:rsidRPr="002833A6">
        <w:rPr>
          <w:rFonts w:ascii="Calibri" w:hAnsi="Calibri"/>
          <w:sz w:val="24"/>
          <w:szCs w:val="24"/>
        </w:rPr>
        <w:t>d</w:t>
      </w:r>
      <w:r w:rsidR="00A216FC" w:rsidRPr="002833A6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2833A6">
        <w:rPr>
          <w:rFonts w:ascii="Calibri" w:hAnsi="Calibri"/>
          <w:sz w:val="24"/>
          <w:szCs w:val="24"/>
        </w:rPr>
        <w:t>Resolução</w:t>
      </w:r>
      <w:proofErr w:type="spellEnd"/>
      <w:r w:rsidR="00A216FC" w:rsidRPr="002833A6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2833A6">
        <w:rPr>
          <w:rFonts w:ascii="Calibri" w:hAnsi="Calibri"/>
          <w:sz w:val="24"/>
          <w:szCs w:val="24"/>
        </w:rPr>
        <w:t>julho</w:t>
      </w:r>
      <w:proofErr w:type="spellEnd"/>
      <w:r w:rsidR="00A216FC" w:rsidRPr="002833A6">
        <w:rPr>
          <w:rFonts w:ascii="Calibri" w:hAnsi="Calibri"/>
          <w:sz w:val="24"/>
          <w:szCs w:val="24"/>
        </w:rPr>
        <w:t xml:space="preserve"> de 2026</w:t>
      </w:r>
      <w:r w:rsidRPr="00D36C16">
        <w:rPr>
          <w:rFonts w:ascii="Calibri" w:hAnsi="Calibri"/>
          <w:sz w:val="24"/>
          <w:szCs w:val="24"/>
        </w:rPr>
        <w:t>.</w:t>
      </w:r>
    </w:p>
    <w:p w14:paraId="2D23DC3B" w14:textId="7455356D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</w:t>
      </w:r>
      <w:r w:rsidR="002D3858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 xml:space="preserve">21/08/2026,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9DB3A" w14:textId="77777777" w:rsidR="00D30BB2" w:rsidRDefault="00D30BB2">
      <w:pPr>
        <w:spacing w:after="0" w:line="240" w:lineRule="auto"/>
      </w:pPr>
      <w:r>
        <w:separator/>
      </w:r>
    </w:p>
  </w:endnote>
  <w:endnote w:type="continuationSeparator" w:id="0">
    <w:p w14:paraId="60C4CF6F" w14:textId="77777777" w:rsidR="00D30BB2" w:rsidRDefault="00D30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1016" w14:textId="77777777" w:rsidR="00D30BB2" w:rsidRDefault="00D30BB2">
      <w:pPr>
        <w:spacing w:after="0" w:line="240" w:lineRule="auto"/>
      </w:pPr>
      <w:r>
        <w:separator/>
      </w:r>
    </w:p>
  </w:footnote>
  <w:footnote w:type="continuationSeparator" w:id="0">
    <w:p w14:paraId="164B78AE" w14:textId="77777777" w:rsidR="00D30BB2" w:rsidRDefault="00D30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66C90"/>
    <w:rsid w:val="000F196E"/>
    <w:rsid w:val="0015074B"/>
    <w:rsid w:val="00161449"/>
    <w:rsid w:val="00182F35"/>
    <w:rsid w:val="00195924"/>
    <w:rsid w:val="002833A6"/>
    <w:rsid w:val="0029639D"/>
    <w:rsid w:val="002D196A"/>
    <w:rsid w:val="002D3858"/>
    <w:rsid w:val="002E3CFC"/>
    <w:rsid w:val="00326F90"/>
    <w:rsid w:val="00353F97"/>
    <w:rsid w:val="003544DC"/>
    <w:rsid w:val="003B2648"/>
    <w:rsid w:val="003C77FD"/>
    <w:rsid w:val="00435F85"/>
    <w:rsid w:val="004603B6"/>
    <w:rsid w:val="005008D6"/>
    <w:rsid w:val="005F65DF"/>
    <w:rsid w:val="0065638E"/>
    <w:rsid w:val="00663F27"/>
    <w:rsid w:val="006F1E8C"/>
    <w:rsid w:val="007434FB"/>
    <w:rsid w:val="00890FDB"/>
    <w:rsid w:val="008D703F"/>
    <w:rsid w:val="00934944"/>
    <w:rsid w:val="00973341"/>
    <w:rsid w:val="00982F66"/>
    <w:rsid w:val="00A216FC"/>
    <w:rsid w:val="00A9722C"/>
    <w:rsid w:val="00AA1D8D"/>
    <w:rsid w:val="00AB40B2"/>
    <w:rsid w:val="00B47730"/>
    <w:rsid w:val="00B9364E"/>
    <w:rsid w:val="00BC045C"/>
    <w:rsid w:val="00C805CB"/>
    <w:rsid w:val="00CB0664"/>
    <w:rsid w:val="00D30BB2"/>
    <w:rsid w:val="00D36C16"/>
    <w:rsid w:val="00D518DA"/>
    <w:rsid w:val="00D65F68"/>
    <w:rsid w:val="00D72A1C"/>
    <w:rsid w:val="00DC0252"/>
    <w:rsid w:val="00E00B81"/>
    <w:rsid w:val="00E01A74"/>
    <w:rsid w:val="00E52892"/>
    <w:rsid w:val="00E5616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436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2026-09-02T14:37:00Z</dcterms:modified>
</cp:coreProperties>
</file>