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3A156BC3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E8780F">
        <w:rPr>
          <w:rFonts w:asciiTheme="majorHAnsi" w:hAnsiTheme="majorHAnsi" w:cstheme="majorHAnsi"/>
          <w:b/>
          <w:sz w:val="24"/>
          <w:szCs w:val="24"/>
        </w:rPr>
        <w:t>270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79052535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2C6FB0">
        <w:rPr>
          <w:rFonts w:asciiTheme="majorHAnsi" w:hAnsiTheme="majorHAnsi" w:cstheme="majorHAnsi"/>
          <w:b/>
          <w:sz w:val="24"/>
          <w:szCs w:val="24"/>
        </w:rPr>
        <w:t>0</w:t>
      </w:r>
      <w:r w:rsidR="00E8780F">
        <w:rPr>
          <w:rFonts w:asciiTheme="majorHAnsi" w:hAnsiTheme="majorHAnsi" w:cstheme="majorHAnsi"/>
          <w:b/>
          <w:sz w:val="24"/>
          <w:szCs w:val="24"/>
        </w:rPr>
        <w:t>3</w:t>
      </w:r>
      <w:r w:rsidR="002C6FB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</w:t>
      </w:r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BB5390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BB539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407E98C2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BB5390" w:rsidRPr="00BB5390">
        <w:rPr>
          <w:rFonts w:ascii="Calibri" w:hAnsi="Calibri"/>
          <w:sz w:val="24"/>
          <w:szCs w:val="24"/>
        </w:rPr>
        <w:t> </w:t>
      </w:r>
      <w:r w:rsidR="00601103" w:rsidRPr="00601103">
        <w:rPr>
          <w:rFonts w:ascii="Calibri" w:hAnsi="Calibri"/>
          <w:sz w:val="24"/>
          <w:szCs w:val="24"/>
        </w:rPr>
        <w:t>23855.005355/2026-38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59C8A52C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nº</w:t>
      </w:r>
      <w:r w:rsidR="00973341" w:rsidRPr="003947C5">
        <w:rPr>
          <w:rFonts w:ascii="Calibri" w:hAnsi="Calibri"/>
          <w:sz w:val="24"/>
          <w:szCs w:val="24"/>
        </w:rPr>
        <w:t xml:space="preserve"> </w:t>
      </w:r>
      <w:r w:rsidR="00601103">
        <w:rPr>
          <w:rFonts w:ascii="Calibri" w:hAnsi="Calibri"/>
          <w:sz w:val="24"/>
          <w:szCs w:val="24"/>
        </w:rPr>
        <w:t>27</w:t>
      </w:r>
      <w:r w:rsidR="00973341" w:rsidRPr="003947C5">
        <w:rPr>
          <w:rFonts w:ascii="Calibri" w:hAnsi="Calibri"/>
          <w:sz w:val="24"/>
          <w:szCs w:val="24"/>
        </w:rPr>
        <w:t>/</w:t>
      </w:r>
      <w:r w:rsidRPr="003947C5">
        <w:rPr>
          <w:rFonts w:ascii="Calibri" w:hAnsi="Calibri"/>
          <w:sz w:val="24"/>
          <w:szCs w:val="24"/>
        </w:rPr>
        <w:t>2026-CRSC</w:t>
      </w:r>
      <w:r w:rsidR="00E52892" w:rsidRPr="003947C5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317E2524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</w:t>
      </w:r>
      <w:r w:rsidR="00601103">
        <w:rPr>
          <w:rFonts w:ascii="Calibri" w:hAnsi="Calibri"/>
          <w:sz w:val="24"/>
          <w:szCs w:val="24"/>
        </w:rPr>
        <w:t>III</w:t>
      </w:r>
      <w:r w:rsidR="003947C5">
        <w:rPr>
          <w:rFonts w:ascii="Calibri" w:hAnsi="Calibri"/>
          <w:sz w:val="24"/>
          <w:szCs w:val="24"/>
        </w:rPr>
        <w:t xml:space="preserve"> </w:t>
      </w:r>
      <w:r w:rsidRPr="005008D6">
        <w:rPr>
          <w:rFonts w:ascii="Calibri" w:hAnsi="Calibri"/>
          <w:sz w:val="24"/>
          <w:szCs w:val="24"/>
        </w:rPr>
        <w:t>(RSC-PCCTAE</w:t>
      </w:r>
      <w:r w:rsidR="00601103">
        <w:rPr>
          <w:rFonts w:ascii="Calibri" w:hAnsi="Calibri"/>
          <w:sz w:val="24"/>
          <w:szCs w:val="24"/>
        </w:rPr>
        <w:t xml:space="preserve"> III</w:t>
      </w:r>
      <w:r w:rsidRPr="005008D6">
        <w:rPr>
          <w:rFonts w:ascii="Calibri" w:hAnsi="Calibri"/>
          <w:sz w:val="24"/>
          <w:szCs w:val="24"/>
        </w:rPr>
        <w:t xml:space="preserve">), </w:t>
      </w:r>
      <w:proofErr w:type="spellStart"/>
      <w:r w:rsidR="0094625F">
        <w:rPr>
          <w:rFonts w:ascii="Calibri" w:hAnsi="Calibri"/>
          <w:sz w:val="24"/>
          <w:szCs w:val="24"/>
        </w:rPr>
        <w:t>ao</w:t>
      </w:r>
      <w:proofErr w:type="spellEnd"/>
      <w:r w:rsidR="001E5135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proofErr w:type="spellEnd"/>
      <w:r w:rsidR="00601103">
        <w:rPr>
          <w:rFonts w:ascii="Calibri" w:hAnsi="Calibri"/>
          <w:sz w:val="24"/>
          <w:szCs w:val="24"/>
        </w:rPr>
        <w:t xml:space="preserve"> </w:t>
      </w:r>
      <w:r w:rsidR="00601103" w:rsidRPr="00601103">
        <w:rPr>
          <w:rFonts w:ascii="Calibri" w:hAnsi="Calibri"/>
          <w:sz w:val="24"/>
          <w:szCs w:val="24"/>
        </w:rPr>
        <w:t>WIARLLEY MARLEY OLIVEIRA DA SILVA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601103">
        <w:rPr>
          <w:rFonts w:ascii="Calibri" w:hAnsi="Calibri"/>
          <w:sz w:val="24"/>
          <w:szCs w:val="24"/>
        </w:rPr>
        <w:t xml:space="preserve"> </w:t>
      </w:r>
      <w:r w:rsidR="00601103" w:rsidRPr="00601103">
        <w:rPr>
          <w:rFonts w:ascii="Calibri" w:hAnsi="Calibri"/>
          <w:sz w:val="24"/>
          <w:szCs w:val="24"/>
        </w:rPr>
        <w:lastRenderedPageBreak/>
        <w:t>1090919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601103">
        <w:rPr>
          <w:rFonts w:ascii="Calibri" w:hAnsi="Calibri"/>
          <w:sz w:val="24"/>
          <w:szCs w:val="24"/>
        </w:rPr>
        <w:t xml:space="preserve"> </w:t>
      </w:r>
      <w:r w:rsidR="00601103" w:rsidRPr="00601103">
        <w:rPr>
          <w:rFonts w:ascii="Calibri" w:hAnsi="Calibri"/>
          <w:sz w:val="24"/>
          <w:szCs w:val="24"/>
        </w:rPr>
        <w:t>TÉCNICO EM ELETROTÉCNICA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3947C5">
        <w:rPr>
          <w:rFonts w:ascii="Calibri" w:hAnsi="Calibri"/>
          <w:sz w:val="24"/>
          <w:szCs w:val="24"/>
        </w:rPr>
        <w:t>lotad</w:t>
      </w:r>
      <w:r w:rsidR="0094625F">
        <w:rPr>
          <w:rFonts w:ascii="Calibri" w:hAnsi="Calibri"/>
          <w:sz w:val="24"/>
          <w:szCs w:val="24"/>
        </w:rPr>
        <w:t>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n</w:t>
      </w:r>
      <w:r w:rsidR="003947C5" w:rsidRPr="003947C5">
        <w:rPr>
          <w:rFonts w:ascii="Calibri" w:hAnsi="Calibri"/>
          <w:sz w:val="24"/>
          <w:szCs w:val="24"/>
        </w:rPr>
        <w:t>a</w:t>
      </w:r>
      <w:proofErr w:type="spellEnd"/>
      <w:r w:rsidR="00601103">
        <w:rPr>
          <w:rFonts w:ascii="Calibri" w:hAnsi="Calibri"/>
          <w:sz w:val="24"/>
          <w:szCs w:val="24"/>
        </w:rPr>
        <w:t xml:space="preserve"> </w:t>
      </w:r>
      <w:r w:rsidR="00601103" w:rsidRPr="00601103">
        <w:rPr>
          <w:rFonts w:ascii="Calibri" w:hAnsi="Calibri"/>
          <w:sz w:val="24"/>
          <w:szCs w:val="24"/>
        </w:rPr>
        <w:t>COORDENADORIA DE INFRAESTRUTURA</w:t>
      </w:r>
      <w:r w:rsidRPr="003947C5">
        <w:rPr>
          <w:rFonts w:ascii="Calibri" w:hAnsi="Calibri"/>
          <w:sz w:val="24"/>
          <w:szCs w:val="24"/>
        </w:rPr>
        <w:t xml:space="preserve">, </w:t>
      </w:r>
      <w:proofErr w:type="spellStart"/>
      <w:r w:rsidRPr="003947C5">
        <w:rPr>
          <w:rFonts w:ascii="Calibri" w:hAnsi="Calibri"/>
          <w:sz w:val="24"/>
          <w:szCs w:val="24"/>
        </w:rPr>
        <w:t>em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virtude</w:t>
      </w:r>
      <w:proofErr w:type="spellEnd"/>
      <w:r w:rsidRPr="003947C5">
        <w:rPr>
          <w:rFonts w:ascii="Calibri" w:hAnsi="Calibri"/>
          <w:sz w:val="24"/>
          <w:szCs w:val="24"/>
        </w:rPr>
        <w:t xml:space="preserve"> da </w:t>
      </w:r>
      <w:proofErr w:type="spellStart"/>
      <w:r w:rsidRPr="003947C5">
        <w:rPr>
          <w:rFonts w:ascii="Calibri" w:hAnsi="Calibri"/>
          <w:sz w:val="24"/>
          <w:szCs w:val="24"/>
        </w:rPr>
        <w:t>aprovação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e </w:t>
      </w:r>
      <w:proofErr w:type="spellStart"/>
      <w:r w:rsidRPr="003947C5">
        <w:rPr>
          <w:rFonts w:ascii="Calibri" w:hAnsi="Calibri"/>
          <w:sz w:val="24"/>
          <w:szCs w:val="24"/>
        </w:rPr>
        <w:t>classificação</w:t>
      </w:r>
      <w:proofErr w:type="spellEnd"/>
      <w:r w:rsidRPr="003947C5">
        <w:rPr>
          <w:rFonts w:ascii="Calibri" w:hAnsi="Calibri"/>
          <w:sz w:val="24"/>
          <w:szCs w:val="24"/>
        </w:rPr>
        <w:t xml:space="preserve"> de </w:t>
      </w:r>
      <w:proofErr w:type="spellStart"/>
      <w:r w:rsidRPr="003947C5">
        <w:rPr>
          <w:rFonts w:ascii="Calibri" w:hAnsi="Calibri"/>
          <w:sz w:val="24"/>
          <w:szCs w:val="24"/>
        </w:rPr>
        <w:t>sua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94625F">
        <w:rPr>
          <w:rFonts w:ascii="Calibri" w:hAnsi="Calibri"/>
          <w:sz w:val="24"/>
          <w:szCs w:val="24"/>
          <w:lang w:val="pt-BR"/>
        </w:rPr>
        <w:t>12</w:t>
      </w:r>
      <w:r w:rsidR="00601103">
        <w:rPr>
          <w:rFonts w:ascii="Calibri" w:hAnsi="Calibri"/>
          <w:sz w:val="24"/>
          <w:szCs w:val="24"/>
          <w:lang w:val="pt-BR"/>
        </w:rPr>
        <w:t>3</w:t>
      </w:r>
      <w:r w:rsidR="0094625F">
        <w:rPr>
          <w:rFonts w:ascii="Calibri" w:hAnsi="Calibri"/>
          <w:sz w:val="24"/>
          <w:szCs w:val="24"/>
          <w:lang w:val="pt-BR"/>
        </w:rPr>
        <w:t xml:space="preserve"> </w:t>
      </w:r>
      <w:r w:rsidR="001E5135">
        <w:rPr>
          <w:rFonts w:ascii="Calibri" w:hAnsi="Calibri"/>
          <w:sz w:val="24"/>
          <w:szCs w:val="24"/>
          <w:lang w:val="pt-BR"/>
        </w:rPr>
        <w:t>(cento e</w:t>
      </w:r>
      <w:r w:rsidR="0094625F">
        <w:rPr>
          <w:rFonts w:ascii="Calibri" w:hAnsi="Calibri"/>
          <w:sz w:val="24"/>
          <w:szCs w:val="24"/>
          <w:lang w:val="pt-BR"/>
        </w:rPr>
        <w:t xml:space="preserve"> vinte e</w:t>
      </w:r>
      <w:r w:rsidR="00601103">
        <w:rPr>
          <w:rFonts w:ascii="Calibri" w:hAnsi="Calibri"/>
          <w:sz w:val="24"/>
          <w:szCs w:val="24"/>
          <w:lang w:val="pt-BR"/>
        </w:rPr>
        <w:t xml:space="preserve"> três</w:t>
      </w:r>
      <w:r w:rsidR="001E5135">
        <w:rPr>
          <w:rFonts w:ascii="Calibri" w:hAnsi="Calibri"/>
          <w:sz w:val="24"/>
          <w:szCs w:val="24"/>
          <w:lang w:val="pt-BR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="0094625F">
        <w:rPr>
          <w:rFonts w:ascii="Calibri" w:hAnsi="Calibri"/>
          <w:sz w:val="24"/>
          <w:szCs w:val="24"/>
        </w:rPr>
        <w:t>.</w:t>
      </w:r>
    </w:p>
    <w:p w14:paraId="7964DA9E" w14:textId="713D0016" w:rsidR="0002644A" w:rsidRPr="003947C5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3947C5">
        <w:rPr>
          <w:rFonts w:ascii="Calibri" w:hAnsi="Calibri"/>
          <w:sz w:val="24"/>
          <w:szCs w:val="24"/>
        </w:rPr>
        <w:t xml:space="preserve">de </w:t>
      </w:r>
      <w:r w:rsidR="00601103">
        <w:rPr>
          <w:rFonts w:ascii="Calibri" w:hAnsi="Calibri"/>
          <w:sz w:val="24"/>
          <w:szCs w:val="24"/>
        </w:rPr>
        <w:t>25</w:t>
      </w:r>
      <w:r w:rsidRPr="003947C5">
        <w:rPr>
          <w:rFonts w:ascii="Calibri" w:hAnsi="Calibri"/>
          <w:sz w:val="24"/>
          <w:szCs w:val="24"/>
        </w:rPr>
        <w:t xml:space="preserve">% </w:t>
      </w:r>
      <w:r w:rsidR="00601103">
        <w:rPr>
          <w:rFonts w:ascii="Calibri" w:hAnsi="Calibri"/>
          <w:sz w:val="24"/>
          <w:szCs w:val="24"/>
        </w:rPr>
        <w:t>(</w:t>
      </w:r>
      <w:proofErr w:type="spellStart"/>
      <w:r w:rsidR="00601103">
        <w:rPr>
          <w:rFonts w:ascii="Calibri" w:hAnsi="Calibri"/>
          <w:sz w:val="24"/>
          <w:szCs w:val="24"/>
        </w:rPr>
        <w:t>vinte</w:t>
      </w:r>
      <w:proofErr w:type="spellEnd"/>
      <w:r w:rsidR="00601103">
        <w:rPr>
          <w:rFonts w:ascii="Calibri" w:hAnsi="Calibri"/>
          <w:sz w:val="24"/>
          <w:szCs w:val="24"/>
        </w:rPr>
        <w:t xml:space="preserve"> </w:t>
      </w:r>
      <w:r w:rsidR="001E5135" w:rsidRPr="003947C5">
        <w:rPr>
          <w:rFonts w:ascii="Calibri" w:hAnsi="Calibri"/>
          <w:sz w:val="24"/>
          <w:szCs w:val="24"/>
        </w:rPr>
        <w:t xml:space="preserve">e </w:t>
      </w:r>
      <w:proofErr w:type="spellStart"/>
      <w:r w:rsidR="001E5135" w:rsidRPr="003947C5">
        <w:rPr>
          <w:rFonts w:ascii="Calibri" w:hAnsi="Calibri"/>
          <w:sz w:val="24"/>
          <w:szCs w:val="24"/>
        </w:rPr>
        <w:t>cinco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="001E5135" w:rsidRPr="003947C5">
        <w:rPr>
          <w:rFonts w:ascii="Calibri" w:hAnsi="Calibri"/>
          <w:sz w:val="24"/>
          <w:szCs w:val="24"/>
        </w:rPr>
        <w:t>por</w:t>
      </w:r>
      <w:proofErr w:type="spellEnd"/>
      <w:r w:rsidR="001E5135" w:rsidRPr="003947C5">
        <w:rPr>
          <w:rFonts w:ascii="Calibri" w:hAnsi="Calibri"/>
          <w:sz w:val="24"/>
          <w:szCs w:val="24"/>
        </w:rPr>
        <w:t xml:space="preserve"> cento</w:t>
      </w:r>
      <w:r w:rsidRPr="003947C5">
        <w:rPr>
          <w:rFonts w:ascii="Calibri" w:hAnsi="Calibri"/>
          <w:sz w:val="24"/>
          <w:szCs w:val="24"/>
        </w:rPr>
        <w:t xml:space="preserve">) </w:t>
      </w:r>
      <w:proofErr w:type="spellStart"/>
      <w:r w:rsidRPr="003947C5">
        <w:rPr>
          <w:rFonts w:ascii="Calibri" w:hAnsi="Calibri"/>
          <w:sz w:val="24"/>
          <w:szCs w:val="24"/>
        </w:rPr>
        <w:t>calculado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sobre</w:t>
      </w:r>
      <w:proofErr w:type="spellEnd"/>
      <w:r w:rsidRPr="003947C5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947C5">
        <w:rPr>
          <w:rFonts w:ascii="Calibri" w:hAnsi="Calibri"/>
          <w:sz w:val="24"/>
          <w:szCs w:val="24"/>
        </w:rPr>
        <w:t>vencimento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básico</w:t>
      </w:r>
      <w:proofErr w:type="spellEnd"/>
      <w:r w:rsidRPr="003947C5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947C5">
        <w:rPr>
          <w:rFonts w:ascii="Calibri" w:hAnsi="Calibri"/>
          <w:sz w:val="24"/>
          <w:szCs w:val="24"/>
        </w:rPr>
        <w:t>ocupado</w:t>
      </w:r>
      <w:proofErr w:type="spellEnd"/>
      <w:r w:rsidRPr="003947C5">
        <w:rPr>
          <w:rFonts w:ascii="Calibri" w:hAnsi="Calibri"/>
          <w:sz w:val="24"/>
          <w:szCs w:val="24"/>
        </w:rPr>
        <w:t xml:space="preserve">, de </w:t>
      </w:r>
      <w:proofErr w:type="spellStart"/>
      <w:r w:rsidRPr="003947C5">
        <w:rPr>
          <w:rFonts w:ascii="Calibri" w:hAnsi="Calibri"/>
          <w:sz w:val="24"/>
          <w:szCs w:val="24"/>
        </w:rPr>
        <w:t>acordo</w:t>
      </w:r>
      <w:proofErr w:type="spellEnd"/>
      <w:r w:rsidRPr="003947C5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947C5">
        <w:rPr>
          <w:rFonts w:ascii="Calibri" w:hAnsi="Calibri"/>
          <w:sz w:val="24"/>
          <w:szCs w:val="24"/>
        </w:rPr>
        <w:t>escala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proofErr w:type="spellStart"/>
      <w:r w:rsidRPr="003947C5">
        <w:rPr>
          <w:rFonts w:ascii="Calibri" w:hAnsi="Calibri"/>
          <w:sz w:val="24"/>
          <w:szCs w:val="24"/>
        </w:rPr>
        <w:t>fixada</w:t>
      </w:r>
      <w:proofErr w:type="spellEnd"/>
      <w:r w:rsidRPr="003947C5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r w:rsidR="00601103">
        <w:rPr>
          <w:rFonts w:ascii="Calibri" w:hAnsi="Calibri"/>
          <w:sz w:val="24"/>
          <w:szCs w:val="24"/>
        </w:rPr>
        <w:t>III</w:t>
      </w:r>
      <w:r w:rsidRPr="003947C5">
        <w:rPr>
          <w:rFonts w:ascii="Calibri" w:hAnsi="Calibri"/>
          <w:sz w:val="24"/>
          <w:szCs w:val="24"/>
        </w:rPr>
        <w:t xml:space="preserve">, do </w:t>
      </w:r>
      <w:proofErr w:type="spellStart"/>
      <w:r w:rsidRPr="003947C5">
        <w:rPr>
          <w:rFonts w:ascii="Calibri" w:hAnsi="Calibri"/>
          <w:sz w:val="24"/>
          <w:szCs w:val="24"/>
        </w:rPr>
        <w:t>Decreto</w:t>
      </w:r>
      <w:proofErr w:type="spellEnd"/>
      <w:r w:rsidRPr="003947C5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3947C5">
        <w:rPr>
          <w:rFonts w:ascii="Calibri" w:hAnsi="Calibri"/>
          <w:sz w:val="24"/>
          <w:szCs w:val="24"/>
        </w:rPr>
        <w:t>inciso</w:t>
      </w:r>
      <w:proofErr w:type="spellEnd"/>
      <w:r w:rsidRPr="003947C5">
        <w:rPr>
          <w:rFonts w:ascii="Calibri" w:hAnsi="Calibri"/>
          <w:sz w:val="24"/>
          <w:szCs w:val="24"/>
        </w:rPr>
        <w:t xml:space="preserve"> </w:t>
      </w:r>
      <w:r w:rsidR="00601103">
        <w:rPr>
          <w:rFonts w:ascii="Calibri" w:hAnsi="Calibri"/>
          <w:sz w:val="24"/>
          <w:szCs w:val="24"/>
        </w:rPr>
        <w:t>III</w:t>
      </w:r>
      <w:r w:rsidR="0065638E" w:rsidRPr="003947C5">
        <w:rPr>
          <w:rFonts w:ascii="Calibri" w:hAnsi="Calibri"/>
          <w:sz w:val="24"/>
          <w:szCs w:val="24"/>
        </w:rPr>
        <w:t xml:space="preserve"> </w:t>
      </w:r>
      <w:r w:rsidRPr="003947C5">
        <w:rPr>
          <w:rFonts w:ascii="Calibri" w:hAnsi="Calibri"/>
          <w:sz w:val="24"/>
          <w:szCs w:val="24"/>
        </w:rPr>
        <w:t>d</w:t>
      </w:r>
      <w:r w:rsidR="00A216FC" w:rsidRPr="003947C5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947C5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947C5">
        <w:rPr>
          <w:rFonts w:ascii="Calibri" w:hAnsi="Calibri"/>
          <w:sz w:val="24"/>
          <w:szCs w:val="24"/>
        </w:rPr>
        <w:t>julho</w:t>
      </w:r>
      <w:proofErr w:type="spellEnd"/>
      <w:r w:rsidR="00A216FC" w:rsidRPr="003947C5">
        <w:rPr>
          <w:rFonts w:ascii="Calibri" w:hAnsi="Calibri"/>
          <w:sz w:val="24"/>
          <w:szCs w:val="24"/>
        </w:rPr>
        <w:t xml:space="preserve"> de 2026</w:t>
      </w:r>
      <w:r w:rsidRPr="003947C5">
        <w:rPr>
          <w:rFonts w:ascii="Calibri" w:hAnsi="Calibri"/>
          <w:sz w:val="24"/>
          <w:szCs w:val="24"/>
        </w:rPr>
        <w:t>.</w:t>
      </w:r>
    </w:p>
    <w:p w14:paraId="2D23DC3B" w14:textId="716620BF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>2</w:t>
      </w:r>
      <w:r w:rsidR="00BB5390">
        <w:rPr>
          <w:rFonts w:ascii="Calibri" w:hAnsi="Calibri"/>
          <w:sz w:val="24"/>
          <w:szCs w:val="24"/>
        </w:rPr>
        <w:t>8</w:t>
      </w:r>
      <w:r w:rsidR="0065638E">
        <w:rPr>
          <w:rFonts w:ascii="Calibri" w:hAnsi="Calibri"/>
          <w:sz w:val="24"/>
          <w:szCs w:val="24"/>
        </w:rPr>
        <w:t xml:space="preserve">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5AC2" w14:textId="77777777" w:rsidR="0007326A" w:rsidRDefault="0007326A">
      <w:pPr>
        <w:spacing w:after="0" w:line="240" w:lineRule="auto"/>
      </w:pPr>
      <w:r>
        <w:separator/>
      </w:r>
    </w:p>
  </w:endnote>
  <w:endnote w:type="continuationSeparator" w:id="0">
    <w:p w14:paraId="537BC0B7" w14:textId="77777777" w:rsidR="0007326A" w:rsidRDefault="0007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130E" w14:textId="77777777" w:rsidR="0007326A" w:rsidRDefault="0007326A">
      <w:pPr>
        <w:spacing w:after="0" w:line="240" w:lineRule="auto"/>
      </w:pPr>
      <w:r>
        <w:separator/>
      </w:r>
    </w:p>
  </w:footnote>
  <w:footnote w:type="continuationSeparator" w:id="0">
    <w:p w14:paraId="239D08A1" w14:textId="77777777" w:rsidR="0007326A" w:rsidRDefault="0007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7326A"/>
    <w:rsid w:val="000F196E"/>
    <w:rsid w:val="0015074B"/>
    <w:rsid w:val="00195924"/>
    <w:rsid w:val="001E5135"/>
    <w:rsid w:val="0020708E"/>
    <w:rsid w:val="0029639D"/>
    <w:rsid w:val="002C6FB0"/>
    <w:rsid w:val="002D196A"/>
    <w:rsid w:val="00326F90"/>
    <w:rsid w:val="00353F97"/>
    <w:rsid w:val="003544DC"/>
    <w:rsid w:val="003947C5"/>
    <w:rsid w:val="003C77FD"/>
    <w:rsid w:val="005008D6"/>
    <w:rsid w:val="005132CF"/>
    <w:rsid w:val="00595B50"/>
    <w:rsid w:val="005F65DF"/>
    <w:rsid w:val="00601103"/>
    <w:rsid w:val="0065638E"/>
    <w:rsid w:val="006F1E8C"/>
    <w:rsid w:val="007434FB"/>
    <w:rsid w:val="007E4DE1"/>
    <w:rsid w:val="00865E77"/>
    <w:rsid w:val="00890FDB"/>
    <w:rsid w:val="008A29D5"/>
    <w:rsid w:val="008D703F"/>
    <w:rsid w:val="0094625F"/>
    <w:rsid w:val="00973341"/>
    <w:rsid w:val="00982F66"/>
    <w:rsid w:val="00A216FC"/>
    <w:rsid w:val="00A9722C"/>
    <w:rsid w:val="00AA1D8D"/>
    <w:rsid w:val="00B47730"/>
    <w:rsid w:val="00BB5390"/>
    <w:rsid w:val="00BC045C"/>
    <w:rsid w:val="00C636F1"/>
    <w:rsid w:val="00C805CB"/>
    <w:rsid w:val="00CB0664"/>
    <w:rsid w:val="00D36C16"/>
    <w:rsid w:val="00D518DA"/>
    <w:rsid w:val="00D72A1C"/>
    <w:rsid w:val="00DC0252"/>
    <w:rsid w:val="00E00B81"/>
    <w:rsid w:val="00E01A74"/>
    <w:rsid w:val="00E52892"/>
    <w:rsid w:val="00E5616C"/>
    <w:rsid w:val="00E8780F"/>
    <w:rsid w:val="00ED051E"/>
    <w:rsid w:val="00F47F8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434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16</cp:revision>
  <dcterms:created xsi:type="dcterms:W3CDTF">2026-08-26T13:00:00Z</dcterms:created>
  <dcterms:modified xsi:type="dcterms:W3CDTF">2026-09-02T14:43:00Z</dcterms:modified>
</cp:coreProperties>
</file>